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B6538" w14:textId="0FB7C275" w:rsidR="007C75B3" w:rsidRPr="007C75B3" w:rsidRDefault="009C2926" w:rsidP="007C75B3">
      <w:pPr>
        <w:pStyle w:val="Title"/>
      </w:pPr>
      <w:r>
        <w:t xml:space="preserve">EUDIS </w:t>
      </w:r>
      <w:proofErr w:type="spellStart"/>
      <w:r>
        <w:t>Defence</w:t>
      </w:r>
      <w:proofErr w:type="spellEnd"/>
      <w:r>
        <w:t xml:space="preserve"> Hackathon 2025 Guidelines</w:t>
      </w:r>
      <w:r w:rsidR="007C75B3">
        <w:t xml:space="preserve"> (May 9-11)</w:t>
      </w:r>
    </w:p>
    <w:p w14:paraId="65C8DE07" w14:textId="736E8F67" w:rsidR="007C75B3" w:rsidRDefault="009C2926" w:rsidP="00E35D07">
      <w:r>
        <w:t xml:space="preserve">This document outlines the terms and guidelines for the EUDIS </w:t>
      </w:r>
      <w:proofErr w:type="spellStart"/>
      <w:r>
        <w:t>Defence</w:t>
      </w:r>
      <w:proofErr w:type="spellEnd"/>
      <w:r>
        <w:t xml:space="preserve"> Hackathon 2025, which will be held at the </w:t>
      </w:r>
      <w:proofErr w:type="spellStart"/>
      <w:r>
        <w:t>Rēzeknes</w:t>
      </w:r>
      <w:proofErr w:type="spellEnd"/>
      <w:r>
        <w:t xml:space="preserve"> </w:t>
      </w:r>
      <w:proofErr w:type="spellStart"/>
      <w:r>
        <w:t>Technoloģiju</w:t>
      </w:r>
      <w:proofErr w:type="spellEnd"/>
      <w:r>
        <w:t xml:space="preserve"> </w:t>
      </w:r>
      <w:proofErr w:type="spellStart"/>
      <w:r>
        <w:t>Akadēmija</w:t>
      </w:r>
      <w:proofErr w:type="spellEnd"/>
      <w:r>
        <w:t xml:space="preserve"> (</w:t>
      </w:r>
      <w:proofErr w:type="spellStart"/>
      <w:r>
        <w:t>Rēzekne</w:t>
      </w:r>
      <w:proofErr w:type="spellEnd"/>
      <w:r>
        <w:t xml:space="preserve"> Technology Academy).</w:t>
      </w:r>
      <w:r w:rsidR="007C75B3">
        <w:t xml:space="preserve"> EUDIS </w:t>
      </w:r>
      <w:proofErr w:type="spellStart"/>
      <w:r w:rsidR="007C75B3">
        <w:t>Defence</w:t>
      </w:r>
      <w:proofErr w:type="spellEnd"/>
      <w:r w:rsidR="007C75B3">
        <w:t xml:space="preserve"> Hackathon 2025 is organized by Riga Technical University (RTU) in cooperation with the Ministry of </w:t>
      </w:r>
      <w:proofErr w:type="spellStart"/>
      <w:r w:rsidR="007C75B3">
        <w:t>Defence</w:t>
      </w:r>
      <w:proofErr w:type="spellEnd"/>
      <w:r w:rsidR="007C75B3">
        <w:t xml:space="preserve"> Republic of Latvia. </w:t>
      </w:r>
      <w:r w:rsidR="00CC69E6" w:rsidRPr="00CC69E6">
        <w:t xml:space="preserve">The hackathon is supported by the Ministry of the Interior, the State Border Guard, SIA </w:t>
      </w:r>
      <w:proofErr w:type="spellStart"/>
      <w:r w:rsidR="00CC69E6" w:rsidRPr="00CC69E6">
        <w:t>Latvijas</w:t>
      </w:r>
      <w:proofErr w:type="spellEnd"/>
      <w:r w:rsidR="00CC69E6" w:rsidRPr="00CC69E6">
        <w:t xml:space="preserve"> </w:t>
      </w:r>
      <w:proofErr w:type="spellStart"/>
      <w:r w:rsidR="00CC69E6" w:rsidRPr="00CC69E6">
        <w:t>Mobilais</w:t>
      </w:r>
      <w:proofErr w:type="spellEnd"/>
      <w:r w:rsidR="00CC69E6" w:rsidRPr="00CC69E6">
        <w:t xml:space="preserve"> </w:t>
      </w:r>
      <w:proofErr w:type="spellStart"/>
      <w:r w:rsidR="00CC69E6" w:rsidRPr="00CC69E6">
        <w:t>Telefons</w:t>
      </w:r>
      <w:proofErr w:type="spellEnd"/>
      <w:r w:rsidR="00CC69E6" w:rsidRPr="00CC69E6">
        <w:t xml:space="preserve">, SIA BELSS, SIA Baltic Photonics, </w:t>
      </w:r>
      <w:proofErr w:type="spellStart"/>
      <w:r w:rsidR="00CC69E6" w:rsidRPr="00CC69E6">
        <w:t>Rēzekne</w:t>
      </w:r>
      <w:proofErr w:type="spellEnd"/>
      <w:r w:rsidR="00CC69E6" w:rsidRPr="00CC69E6">
        <w:t xml:space="preserve"> Academy of Technologies, SIA </w:t>
      </w:r>
      <w:proofErr w:type="spellStart"/>
      <w:r w:rsidR="00CC69E6" w:rsidRPr="00CC69E6">
        <w:t>Unilab</w:t>
      </w:r>
      <w:proofErr w:type="spellEnd"/>
      <w:r w:rsidR="00CC69E6" w:rsidRPr="00CC69E6">
        <w:t xml:space="preserve">, Manabalss.lv, the Latvian Federation of Security and Defense Industries, the National </w:t>
      </w:r>
      <w:proofErr w:type="spellStart"/>
      <w:r w:rsidR="00CC69E6" w:rsidRPr="00CC69E6">
        <w:t>Defence</w:t>
      </w:r>
      <w:proofErr w:type="spellEnd"/>
      <w:r w:rsidR="00CC69E6" w:rsidRPr="00CC69E6">
        <w:t xml:space="preserve"> Academy of Latvia, the Latvian Chamber of Commerce and Industry and other major companies and defense industry representatives in Latvia and the Latgale region.</w:t>
      </w:r>
    </w:p>
    <w:p w14:paraId="32241363" w14:textId="3756154E" w:rsidR="00C061AD" w:rsidRDefault="007C75B3" w:rsidP="00E35D07">
      <w:r>
        <w:t xml:space="preserve">Registration platform: </w:t>
      </w:r>
      <w:hyperlink r:id="rId6" w:history="1">
        <w:r w:rsidR="008E7526" w:rsidRPr="00FF5528">
          <w:rPr>
            <w:rStyle w:val="Hyperlink"/>
          </w:rPr>
          <w:t>https://taikai.network/eudisLATVIA/hackathons/EUDIS-LATVIA</w:t>
        </w:r>
      </w:hyperlink>
      <w:r w:rsidR="008E7526">
        <w:t xml:space="preserve"> </w:t>
      </w:r>
    </w:p>
    <w:p w14:paraId="2D0887E5" w14:textId="77777777" w:rsidR="00C061AD" w:rsidRDefault="009C2926" w:rsidP="00E35D07">
      <w:pPr>
        <w:pStyle w:val="Heading1"/>
      </w:pPr>
      <w:r>
        <w:t>Event Overview</w:t>
      </w:r>
    </w:p>
    <w:p w14:paraId="3B52283F" w14:textId="77777777" w:rsidR="00C061AD" w:rsidRDefault="009C2926" w:rsidP="00E35D07">
      <w:r>
        <w:t xml:space="preserve">The EUDIS </w:t>
      </w:r>
      <w:proofErr w:type="spellStart"/>
      <w:r>
        <w:t>Defence</w:t>
      </w:r>
      <w:proofErr w:type="spellEnd"/>
      <w:r>
        <w:t xml:space="preserve"> Hackathon aims to foster innovation in the </w:t>
      </w:r>
      <w:proofErr w:type="spellStart"/>
      <w:r>
        <w:t>defence</w:t>
      </w:r>
      <w:proofErr w:type="spellEnd"/>
      <w:r>
        <w:t xml:space="preserve"> sector by bringing together teams from various backgrounds to develop solutions for the challenges outlined in the event. Teams will compete to create prototypes and ideas that can potentially contribute to strengthening the European </w:t>
      </w:r>
      <w:proofErr w:type="spellStart"/>
      <w:r>
        <w:t>Defence</w:t>
      </w:r>
      <w:proofErr w:type="spellEnd"/>
      <w:r>
        <w:t xml:space="preserve"> Sector.</w:t>
      </w:r>
    </w:p>
    <w:p w14:paraId="59DEBA5F" w14:textId="77777777" w:rsidR="00C061AD" w:rsidRDefault="009C2926">
      <w:pPr>
        <w:pStyle w:val="Heading1"/>
      </w:pPr>
      <w:r>
        <w:t>Important Dates</w:t>
      </w:r>
    </w:p>
    <w:p w14:paraId="62CECA07" w14:textId="77777777" w:rsidR="008E7526" w:rsidRDefault="009C2926">
      <w:r>
        <w:t>The key dates for the event are as follows:</w:t>
      </w:r>
      <w:r>
        <w:br/>
      </w:r>
      <w:r>
        <w:br/>
        <w:t>• Registration Deadline: May 5, 2025, 23:59 CET</w:t>
      </w:r>
      <w:r>
        <w:br/>
        <w:t>• Hackathon Weekend: May 9-11, 2025</w:t>
      </w:r>
    </w:p>
    <w:p w14:paraId="1258E0FE" w14:textId="22B5FFA7" w:rsidR="00AD10D0" w:rsidRDefault="00AD10D0">
      <w:r w:rsidRPr="00AD10D0">
        <w:t>Late registrations during the Hackathon Weekend may be accepted at the local organizers' discretion, but only if the local organizers have announced additional applications for available spots.</w:t>
      </w:r>
    </w:p>
    <w:p w14:paraId="716D6D88" w14:textId="42869182" w:rsidR="008E7526" w:rsidRPr="008E7526" w:rsidRDefault="008E7526" w:rsidP="008E7526">
      <w:pPr>
        <w:pStyle w:val="Heading1"/>
        <w:rPr>
          <w:lang w:val="lv-LV"/>
        </w:rPr>
      </w:pPr>
      <w:r>
        <w:t>Topics</w:t>
      </w:r>
    </w:p>
    <w:p w14:paraId="3D7E48F0" w14:textId="35D12F2B" w:rsidR="008E7526" w:rsidRPr="008E7526" w:rsidRDefault="008E7526" w:rsidP="008E7526">
      <w:pPr>
        <w:jc w:val="both"/>
        <w:rPr>
          <w:lang w:val="lv-LV"/>
        </w:rPr>
      </w:pPr>
      <w:r w:rsidRPr="008E7526">
        <w:rPr>
          <w:b/>
          <w:bCs/>
          <w:lang w:val="lv-LV"/>
        </w:rPr>
        <w:t>1 Enhanced Situational Awareness and Tactical Surveillance Systems </w:t>
      </w:r>
      <w:r w:rsidRPr="008E7526">
        <w:rPr>
          <w:lang w:val="lv-LV"/>
        </w:rPr>
        <w:t> </w:t>
      </w:r>
      <w:r w:rsidRPr="008E7526">
        <w:rPr>
          <w:b/>
          <w:bCs/>
          <w:lang w:val="lv-LV"/>
        </w:rPr>
        <w:t> </w:t>
      </w:r>
    </w:p>
    <w:p w14:paraId="30C1047E" w14:textId="77777777" w:rsidR="008E7526" w:rsidRPr="008E7526" w:rsidRDefault="008E7526" w:rsidP="00E35D07">
      <w:pPr>
        <w:rPr>
          <w:lang w:val="lv-LV"/>
        </w:rPr>
      </w:pPr>
      <w:r w:rsidRPr="008E7526">
        <w:rPr>
          <w:lang w:val="lv-LV"/>
        </w:rPr>
        <w:t>This challenge aims to deliver affordable and portable surveillance systems that will improve the situational awareness of Ukrainian military units. Surveillance systems should be designed for ease of deployment, able to withstand harsh environments and rapid movement across diverse terrains or in the air/water. </w:t>
      </w:r>
    </w:p>
    <w:p w14:paraId="77D61F6D" w14:textId="350B57F1" w:rsidR="008E7526" w:rsidRPr="008E7526" w:rsidRDefault="008E7526" w:rsidP="00E35D07">
      <w:pPr>
        <w:rPr>
          <w:lang w:val="lv-LV"/>
        </w:rPr>
      </w:pPr>
      <w:r w:rsidRPr="008E7526">
        <w:rPr>
          <w:b/>
          <w:bCs/>
          <w:lang w:val="lv-LV"/>
        </w:rPr>
        <w:lastRenderedPageBreak/>
        <w:t>2 Cost-Effective Protective Gear for Frontline Defence </w:t>
      </w:r>
      <w:r w:rsidRPr="008E7526">
        <w:rPr>
          <w:lang w:val="lv-LV"/>
        </w:rPr>
        <w:t> </w:t>
      </w:r>
      <w:r w:rsidRPr="008E7526">
        <w:rPr>
          <w:b/>
          <w:bCs/>
          <w:lang w:val="lv-LV"/>
        </w:rPr>
        <w:t> </w:t>
      </w:r>
    </w:p>
    <w:p w14:paraId="6C8087A4" w14:textId="77777777" w:rsidR="008E7526" w:rsidRPr="008E7526" w:rsidRDefault="008E7526" w:rsidP="00E35D07">
      <w:pPr>
        <w:rPr>
          <w:lang w:val="lv-LV"/>
        </w:rPr>
      </w:pPr>
      <w:r w:rsidRPr="008E7526">
        <w:rPr>
          <w:lang w:val="lv-LV"/>
        </w:rPr>
        <w:t>This challenge focuses on equipping soldiers with high-quality, lightweight protective gear that is both affordable and easy to produce. With scalability as a key requirement, these solutions must be designed for efficient, low-cost production to ensure that adequate protection can be made available to a large number of troops, contributing to Ukraine's capacity for sustained defence.</w:t>
      </w:r>
    </w:p>
    <w:p w14:paraId="19E07FEA" w14:textId="0F3991CB" w:rsidR="008E7526" w:rsidRPr="008E7526" w:rsidRDefault="008E7526" w:rsidP="008E7526">
      <w:pPr>
        <w:jc w:val="both"/>
        <w:rPr>
          <w:lang w:val="lv-LV"/>
        </w:rPr>
      </w:pPr>
      <w:r w:rsidRPr="008E7526">
        <w:rPr>
          <w:b/>
          <w:bCs/>
          <w:lang w:val="lv-LV"/>
        </w:rPr>
        <w:t>3 Advanced Medical Support for Frontline Care </w:t>
      </w:r>
      <w:r w:rsidRPr="008E7526">
        <w:rPr>
          <w:lang w:val="lv-LV"/>
        </w:rPr>
        <w:t> </w:t>
      </w:r>
      <w:r w:rsidRPr="008E7526">
        <w:rPr>
          <w:b/>
          <w:bCs/>
          <w:lang w:val="lv-LV"/>
        </w:rPr>
        <w:t> </w:t>
      </w:r>
    </w:p>
    <w:p w14:paraId="5497E5AF" w14:textId="77777777" w:rsidR="008E7526" w:rsidRDefault="008E7526" w:rsidP="00E35D07">
      <w:pPr>
        <w:rPr>
          <w:lang w:val="lv-LV"/>
        </w:rPr>
      </w:pPr>
      <w:r w:rsidRPr="008E7526">
        <w:rPr>
          <w:lang w:val="lv-LV"/>
        </w:rPr>
        <w:t>This challenge seeks to develop advanced, AI-driven tools that support both medics and soldiers in quickly diagnosing injuries and determining the priority of care under high-pressure conditions. Soldiers in the field often face immediate medical needs or need to assist injured comrades before a medic arrives, and AI-powered systems can play a crucial role in guiding these fast-response actions. </w:t>
      </w:r>
    </w:p>
    <w:p w14:paraId="42BCE473" w14:textId="77777777" w:rsidR="00C061AD" w:rsidRDefault="009C2926">
      <w:pPr>
        <w:pStyle w:val="Heading1"/>
      </w:pPr>
      <w:r>
        <w:t>Eligibility</w:t>
      </w:r>
    </w:p>
    <w:p w14:paraId="1BA0C21D" w14:textId="30F93B87" w:rsidR="008B0FD8" w:rsidRDefault="008E7526" w:rsidP="008B0FD8">
      <w:pPr>
        <w:spacing w:after="0" w:line="240" w:lineRule="auto"/>
      </w:pPr>
      <w:r>
        <w:t>Hackathon</w:t>
      </w:r>
      <w:r w:rsidRPr="008E7526">
        <w:t xml:space="preserve"> is </w:t>
      </w:r>
      <w:r>
        <w:t>organized as a team-based</w:t>
      </w:r>
      <w:r w:rsidRPr="008E7526">
        <w:t xml:space="preserve"> </w:t>
      </w:r>
      <w:r>
        <w:t>Hackathon</w:t>
      </w:r>
      <w:r w:rsidRPr="008E7526">
        <w:t xml:space="preserve">. While individuals are invited to register for the event, all individual </w:t>
      </w:r>
      <w:r>
        <w:t>Hackathon</w:t>
      </w:r>
      <w:r w:rsidRPr="008E7526">
        <w:t xml:space="preserve"> participants will be required to either form a team with other participants or join a pre-existing team. </w:t>
      </w:r>
      <w:r w:rsidR="009C2926">
        <w:t xml:space="preserve">To participate in the EUDIS </w:t>
      </w:r>
      <w:proofErr w:type="spellStart"/>
      <w:r w:rsidR="009C2926">
        <w:t>Defence</w:t>
      </w:r>
      <w:proofErr w:type="spellEnd"/>
      <w:r w:rsidR="009C2926">
        <w:t xml:space="preserve"> Hackathon, all participants must meet the following eligibility criteria:</w:t>
      </w:r>
      <w:r w:rsidR="009C2926">
        <w:br/>
      </w:r>
      <w:r w:rsidR="009C2926">
        <w:br/>
        <w:t xml:space="preserve">• </w:t>
      </w:r>
      <w:r w:rsidR="008B0FD8" w:rsidRPr="008B0FD8">
        <w:rPr>
          <w:rFonts w:hint="eastAsia"/>
        </w:rPr>
        <w:t xml:space="preserve">Teams and individuals with and without ideas are </w:t>
      </w:r>
      <w:r w:rsidR="008B0FD8">
        <w:t>welcome</w:t>
      </w:r>
      <w:r w:rsidR="008B0FD8" w:rsidRPr="008B0FD8">
        <w:rPr>
          <w:rFonts w:hint="eastAsia"/>
        </w:rPr>
        <w:t xml:space="preserve"> to apply.</w:t>
      </w:r>
    </w:p>
    <w:p w14:paraId="4CD6B53F" w14:textId="77777777" w:rsidR="00350F54" w:rsidRDefault="008B0FD8" w:rsidP="00350F54">
      <w:pPr>
        <w:spacing w:after="0"/>
      </w:pPr>
      <w:r>
        <w:t xml:space="preserve">• </w:t>
      </w:r>
      <w:r w:rsidR="009C2926">
        <w:t>Participants must be 18 years of age or older.</w:t>
      </w:r>
      <w:r w:rsidR="009C2926">
        <w:br/>
        <w:t>• Participants must be citizens and residents of any EU Member States, Norway, or Ukraine.</w:t>
      </w:r>
      <w:r w:rsidR="009C2926">
        <w:br/>
        <w:t>• Participants must not have engaged in activities that could threaten national security.</w:t>
      </w:r>
      <w:r w:rsidR="00AD10D0">
        <w:t xml:space="preserve"> </w:t>
      </w:r>
      <w:r w:rsidR="009C2926">
        <w:br/>
        <w:t xml:space="preserve">• Each team must include at least </w:t>
      </w:r>
      <w:r w:rsidR="00350F54">
        <w:t>two</w:t>
      </w:r>
      <w:r w:rsidR="009C2926">
        <w:t xml:space="preserve"> (</w:t>
      </w:r>
      <w:r w:rsidR="00350F54">
        <w:t>2</w:t>
      </w:r>
      <w:r w:rsidR="009C2926">
        <w:t xml:space="preserve">) participants and have a designated Team </w:t>
      </w:r>
      <w:proofErr w:type="spellStart"/>
      <w:r w:rsidR="009C2926">
        <w:t>Leader.</w:t>
      </w:r>
      <w:proofErr w:type="spellEnd"/>
    </w:p>
    <w:p w14:paraId="6394D755" w14:textId="264FDAC7" w:rsidR="00C061AD" w:rsidRPr="00350F54" w:rsidRDefault="00350F54" w:rsidP="00350F54">
      <w:pPr>
        <w:spacing w:after="0"/>
      </w:pPr>
      <w:r>
        <w:t>•</w:t>
      </w:r>
      <w:r w:rsidR="008B0FD8" w:rsidRPr="008B0FD8">
        <w:t xml:space="preserve">The maximum number of team members is </w:t>
      </w:r>
      <w:r w:rsidR="00655944">
        <w:t>5</w:t>
      </w:r>
      <w:r w:rsidR="008B0FD8">
        <w:t>. Y</w:t>
      </w:r>
      <w:r w:rsidR="008B0FD8" w:rsidRPr="008B0FD8">
        <w:t xml:space="preserve">ou </w:t>
      </w:r>
      <w:r>
        <w:t xml:space="preserve">can </w:t>
      </w:r>
      <w:r>
        <w:t>search members via TAIKAI</w:t>
      </w:r>
      <w:r>
        <w:t>, Discord</w:t>
      </w:r>
      <w:r>
        <w:t xml:space="preserve"> platform</w:t>
      </w:r>
      <w:r>
        <w:t xml:space="preserve">, have </w:t>
      </w:r>
      <w:r w:rsidR="008B0FD8" w:rsidRPr="008B0FD8">
        <w:t xml:space="preserve">put together a team before being able to compete in the </w:t>
      </w:r>
      <w:r w:rsidR="008B0FD8">
        <w:t>Hackathon</w:t>
      </w:r>
      <w:r>
        <w:t>.</w:t>
      </w:r>
    </w:p>
    <w:p w14:paraId="2CAC7881" w14:textId="50FE328D" w:rsidR="002E3C2C" w:rsidRDefault="002E3C2C" w:rsidP="008B0FD8">
      <w:pPr>
        <w:spacing w:after="0" w:line="240" w:lineRule="auto"/>
      </w:pPr>
      <w:r>
        <w:t xml:space="preserve">• </w:t>
      </w:r>
      <w:r w:rsidRPr="002E3C2C">
        <w:rPr>
          <w:rFonts w:hint="eastAsia"/>
        </w:rPr>
        <w:t>At least one member must be fluent in English and able to represent the team in</w:t>
      </w:r>
      <w:r>
        <w:t xml:space="preserve"> c</w:t>
      </w:r>
      <w:r w:rsidRPr="002E3C2C">
        <w:rPr>
          <w:rFonts w:hint="eastAsia"/>
        </w:rPr>
        <w:t xml:space="preserve">heckpoint and mentoring sessions throughout the duration of the </w:t>
      </w:r>
      <w:r>
        <w:t>Hackathon.</w:t>
      </w:r>
    </w:p>
    <w:p w14:paraId="61A1C073" w14:textId="321EFC36" w:rsidR="002E3C2C" w:rsidRPr="002E3C2C" w:rsidRDefault="002E3C2C" w:rsidP="002E3C2C">
      <w:pPr>
        <w:spacing w:after="0" w:line="240" w:lineRule="auto"/>
        <w:rPr>
          <w:lang w:val="lv-LV"/>
        </w:rPr>
      </w:pPr>
      <w:r>
        <w:t xml:space="preserve">•  </w:t>
      </w:r>
      <w:r w:rsidRPr="002E3C2C">
        <w:rPr>
          <w:lang w:val="lv-LV"/>
        </w:rPr>
        <w:t>If you are a solo applicant at the time of the idea submission, start working on gathering a team with the needed expertise to build your idea into a prototype.</w:t>
      </w:r>
    </w:p>
    <w:p w14:paraId="12F79F2D" w14:textId="73241087" w:rsidR="002E3C2C" w:rsidRDefault="002E3C2C" w:rsidP="002E3C2C">
      <w:pPr>
        <w:spacing w:after="0" w:line="240" w:lineRule="auto"/>
        <w:rPr>
          <w:lang w:val="lv-LV"/>
        </w:rPr>
      </w:pPr>
      <w:r>
        <w:t xml:space="preserve">•  </w:t>
      </w:r>
      <w:r w:rsidRPr="002E3C2C">
        <w:rPr>
          <w:lang w:val="lv-LV"/>
        </w:rPr>
        <w:t xml:space="preserve">One participant can represent only one team within the </w:t>
      </w:r>
      <w:r>
        <w:rPr>
          <w:lang w:val="lv-LV"/>
        </w:rPr>
        <w:t>Hackathon.</w:t>
      </w:r>
    </w:p>
    <w:p w14:paraId="5A873304" w14:textId="08209564" w:rsidR="002E3C2C" w:rsidRDefault="002E3C2C" w:rsidP="002E3C2C">
      <w:pPr>
        <w:spacing w:after="0" w:line="240" w:lineRule="auto"/>
      </w:pPr>
      <w:r>
        <w:t xml:space="preserve">•  </w:t>
      </w:r>
      <w:r w:rsidRPr="002E3C2C">
        <w:rPr>
          <w:rFonts w:hint="eastAsia"/>
        </w:rPr>
        <w:t>The team must confirm and ensure their availability to participate throughout the entire</w:t>
      </w:r>
      <w:r>
        <w:t xml:space="preserve"> Hackathon </w:t>
      </w:r>
      <w:r w:rsidRPr="002E3C2C">
        <w:rPr>
          <w:rFonts w:hint="eastAsia"/>
        </w:rPr>
        <w:t>period</w:t>
      </w:r>
      <w:r>
        <w:t xml:space="preserve"> and</w:t>
      </w:r>
      <w:r w:rsidRPr="002E3C2C">
        <w:rPr>
          <w:rFonts w:hint="eastAsia"/>
        </w:rPr>
        <w:t xml:space="preserve"> follow the rules and requirements set out by the event </w:t>
      </w:r>
      <w:r>
        <w:t>organizers</w:t>
      </w:r>
      <w:r w:rsidRPr="002E3C2C">
        <w:rPr>
          <w:rFonts w:hint="eastAsia"/>
        </w:rPr>
        <w:t>.</w:t>
      </w:r>
      <w:r>
        <w:t xml:space="preserve"> </w:t>
      </w:r>
    </w:p>
    <w:p w14:paraId="526DC908" w14:textId="521CCCA6" w:rsidR="002E3C2C" w:rsidRDefault="002E3C2C" w:rsidP="002E3C2C">
      <w:pPr>
        <w:spacing w:after="0" w:line="240" w:lineRule="auto"/>
        <w:rPr>
          <w:lang w:val="lv-LV"/>
        </w:rPr>
      </w:pPr>
      <w:r>
        <w:t xml:space="preserve">• </w:t>
      </w:r>
      <w:r w:rsidRPr="002E3C2C">
        <w:rPr>
          <w:lang w:val="lv-LV"/>
        </w:rPr>
        <w:t xml:space="preserve">To participate </w:t>
      </w:r>
      <w:r>
        <w:rPr>
          <w:lang w:val="lv-LV"/>
        </w:rPr>
        <w:t xml:space="preserve">in the competition and be a </w:t>
      </w:r>
      <w:r w:rsidRPr="002E3C2C">
        <w:rPr>
          <w:lang w:val="lv-LV"/>
        </w:rPr>
        <w:t xml:space="preserve">candidate for one of the prize awards - the team should have participated in 75% of </w:t>
      </w:r>
      <w:r>
        <w:rPr>
          <w:lang w:val="lv-LV"/>
        </w:rPr>
        <w:t>Hackathon</w:t>
      </w:r>
      <w:r w:rsidRPr="002E3C2C">
        <w:rPr>
          <w:lang w:val="lv-LV"/>
        </w:rPr>
        <w:t xml:space="preserve"> activities.</w:t>
      </w:r>
    </w:p>
    <w:p w14:paraId="135C0A8A" w14:textId="77777777" w:rsidR="00AD10D0" w:rsidRDefault="00AD10D0" w:rsidP="002E3C2C">
      <w:pPr>
        <w:spacing w:after="0" w:line="240" w:lineRule="auto"/>
        <w:rPr>
          <w:lang w:val="lv-LV"/>
        </w:rPr>
      </w:pPr>
    </w:p>
    <w:p w14:paraId="6202DFFC" w14:textId="096630E1" w:rsidR="00AD10D0" w:rsidRDefault="00AD10D0" w:rsidP="00AD10D0">
      <w:pPr>
        <w:pStyle w:val="Heading1"/>
      </w:pPr>
      <w:r>
        <w:t>The Approval of participants</w:t>
      </w:r>
    </w:p>
    <w:p w14:paraId="3A7684FA" w14:textId="08AFB715" w:rsidR="00AD10D0" w:rsidRDefault="00AD10D0" w:rsidP="00AD10D0">
      <w:pPr>
        <w:spacing w:after="0" w:line="240" w:lineRule="auto"/>
        <w:rPr>
          <w:lang w:val="lv-LV"/>
        </w:rPr>
      </w:pPr>
      <w:r w:rsidRPr="00AD10D0">
        <w:rPr>
          <w:lang w:val="lv-LV"/>
        </w:rPr>
        <w:t>The approval of participants</w:t>
      </w:r>
      <w:r>
        <w:rPr>
          <w:lang w:val="lv-LV"/>
        </w:rPr>
        <w:t xml:space="preserve"> </w:t>
      </w:r>
      <w:r w:rsidRPr="00AD10D0">
        <w:rPr>
          <w:lang w:val="lv-LV"/>
        </w:rPr>
        <w:t>for the event takes place in two stages:</w:t>
      </w:r>
    </w:p>
    <w:p w14:paraId="03EC82B9" w14:textId="77777777" w:rsidR="00AD10D0" w:rsidRPr="00AD10D0" w:rsidRDefault="00AD10D0" w:rsidP="00AD10D0">
      <w:pPr>
        <w:spacing w:after="0" w:line="240" w:lineRule="auto"/>
        <w:rPr>
          <w:lang w:val="lv-LV"/>
        </w:rPr>
      </w:pPr>
    </w:p>
    <w:p w14:paraId="6FD834C6" w14:textId="6B98F833" w:rsidR="00AD10D0" w:rsidRDefault="00AD10D0" w:rsidP="00AD10D0">
      <w:pPr>
        <w:spacing w:after="0" w:line="240" w:lineRule="auto"/>
        <w:rPr>
          <w:lang w:val="lv-LV"/>
        </w:rPr>
      </w:pPr>
      <w:r w:rsidRPr="00AD10D0">
        <w:rPr>
          <w:lang w:val="lv-LV"/>
        </w:rPr>
        <w:t xml:space="preserve">In stage 1 - access to the Taikai platform is approved for those </w:t>
      </w:r>
      <w:r>
        <w:rPr>
          <w:lang w:val="lv-LV"/>
        </w:rPr>
        <w:t xml:space="preserve">participants </w:t>
      </w:r>
      <w:r w:rsidRPr="00AD10D0">
        <w:rPr>
          <w:lang w:val="lv-LV"/>
        </w:rPr>
        <w:t>who have submitted complete information about themselves by filling out the application form.</w:t>
      </w:r>
    </w:p>
    <w:p w14:paraId="264E2779" w14:textId="77777777" w:rsidR="00AD10D0" w:rsidRPr="00AD10D0" w:rsidRDefault="00AD10D0" w:rsidP="00AD10D0">
      <w:pPr>
        <w:spacing w:after="0" w:line="240" w:lineRule="auto"/>
        <w:rPr>
          <w:lang w:val="lv-LV"/>
        </w:rPr>
      </w:pPr>
    </w:p>
    <w:p w14:paraId="546D747C" w14:textId="77777777" w:rsidR="00AD10D0" w:rsidRPr="00AD10D0" w:rsidRDefault="00AD10D0" w:rsidP="00AD10D0">
      <w:pPr>
        <w:spacing w:after="0" w:line="240" w:lineRule="auto"/>
        <w:rPr>
          <w:lang w:val="lv-LV"/>
        </w:rPr>
      </w:pPr>
      <w:r w:rsidRPr="00AD10D0">
        <w:rPr>
          <w:lang w:val="lv-LV"/>
        </w:rPr>
        <w:t>In stage 2 - participation in the Hackathon weekend is accepted:</w:t>
      </w:r>
    </w:p>
    <w:p w14:paraId="061A89E6" w14:textId="77777777" w:rsidR="00AD10D0" w:rsidRPr="00AD10D0" w:rsidRDefault="00AD10D0" w:rsidP="00AD10D0">
      <w:pPr>
        <w:spacing w:after="0" w:line="240" w:lineRule="auto"/>
        <w:rPr>
          <w:lang w:val="lv-LV"/>
        </w:rPr>
      </w:pPr>
      <w:r w:rsidRPr="00AD10D0">
        <w:rPr>
          <w:lang w:val="lv-LV"/>
        </w:rPr>
        <w:t>1.1</w:t>
      </w:r>
      <w:r w:rsidRPr="00AD10D0">
        <w:rPr>
          <w:lang w:val="lv-LV"/>
        </w:rPr>
        <w:tab/>
        <w:t>after the authenticity of the information provided by the person has been verified, including whether the person has been involved in activities that could harm national security.</w:t>
      </w:r>
    </w:p>
    <w:p w14:paraId="4328EFA8" w14:textId="6E5D531F" w:rsidR="00AD10D0" w:rsidRPr="00AD10D0" w:rsidRDefault="00AD10D0" w:rsidP="00AD10D0">
      <w:pPr>
        <w:spacing w:after="0" w:line="240" w:lineRule="auto"/>
        <w:rPr>
          <w:lang w:val="lv-LV"/>
        </w:rPr>
      </w:pPr>
      <w:r w:rsidRPr="00AD10D0">
        <w:rPr>
          <w:lang w:val="lv-LV"/>
        </w:rPr>
        <w:t>1.2</w:t>
      </w:r>
      <w:r w:rsidRPr="00AD10D0">
        <w:rPr>
          <w:lang w:val="lv-LV"/>
        </w:rPr>
        <w:tab/>
        <w:t xml:space="preserve">fulfilled </w:t>
      </w:r>
      <w:r>
        <w:rPr>
          <w:lang w:val="lv-LV"/>
        </w:rPr>
        <w:t xml:space="preserve">the </w:t>
      </w:r>
      <w:r w:rsidRPr="00AD10D0">
        <w:rPr>
          <w:lang w:val="lv-LV"/>
        </w:rPr>
        <w:t>following additional eligibility criteria:</w:t>
      </w:r>
    </w:p>
    <w:p w14:paraId="147ED53A" w14:textId="46239A14" w:rsidR="00AD10D0" w:rsidRPr="00AD10D0" w:rsidRDefault="00AD10D0" w:rsidP="00AD10D0">
      <w:pPr>
        <w:spacing w:after="0" w:line="240" w:lineRule="auto"/>
        <w:rPr>
          <w:lang w:val="lv-LV"/>
        </w:rPr>
      </w:pPr>
      <w:r w:rsidRPr="00AD10D0">
        <w:rPr>
          <w:lang w:val="lv-LV"/>
        </w:rPr>
        <w:t>1.2.1.</w:t>
      </w:r>
      <w:r w:rsidRPr="00AD10D0">
        <w:rPr>
          <w:lang w:val="lv-LV"/>
        </w:rPr>
        <w:tab/>
      </w:r>
      <w:r>
        <w:rPr>
          <w:lang w:val="lv-LV"/>
        </w:rPr>
        <w:t>Participant</w:t>
      </w:r>
      <w:r w:rsidRPr="00AD10D0">
        <w:rPr>
          <w:lang w:val="lv-LV"/>
        </w:rPr>
        <w:t xml:space="preserve"> must be </w:t>
      </w:r>
      <w:r>
        <w:rPr>
          <w:lang w:val="lv-LV"/>
        </w:rPr>
        <w:t>in a</w:t>
      </w:r>
      <w:r w:rsidRPr="00AD10D0">
        <w:rPr>
          <w:lang w:val="lv-LV"/>
        </w:rPr>
        <w:t xml:space="preserve"> </w:t>
      </w:r>
      <w:r>
        <w:rPr>
          <w:lang w:val="lv-LV"/>
        </w:rPr>
        <w:t>t</w:t>
      </w:r>
      <w:r w:rsidRPr="00AD10D0">
        <w:rPr>
          <w:lang w:val="lv-LV"/>
        </w:rPr>
        <w:t>eam to take part in the Hackathon Weekend;</w:t>
      </w:r>
    </w:p>
    <w:p w14:paraId="479A9ABE" w14:textId="6BDBACFC" w:rsidR="00AD10D0" w:rsidRPr="00AD10D0" w:rsidRDefault="00AD10D0" w:rsidP="00AD10D0">
      <w:pPr>
        <w:spacing w:after="0" w:line="240" w:lineRule="auto"/>
        <w:rPr>
          <w:lang w:val="lv-LV"/>
        </w:rPr>
      </w:pPr>
      <w:r w:rsidRPr="00AD10D0">
        <w:rPr>
          <w:lang w:val="lv-LV"/>
        </w:rPr>
        <w:t>1.2.</w:t>
      </w:r>
      <w:r>
        <w:rPr>
          <w:lang w:val="lv-LV"/>
        </w:rPr>
        <w:t>2</w:t>
      </w:r>
      <w:r w:rsidRPr="00AD10D0">
        <w:rPr>
          <w:lang w:val="lv-LV"/>
        </w:rPr>
        <w:t>.</w:t>
      </w:r>
      <w:r w:rsidRPr="00AD10D0">
        <w:rPr>
          <w:lang w:val="lv-LV"/>
        </w:rPr>
        <w:tab/>
        <w:t xml:space="preserve">Each </w:t>
      </w:r>
      <w:r>
        <w:rPr>
          <w:lang w:val="lv-LV"/>
        </w:rPr>
        <w:t>t</w:t>
      </w:r>
      <w:r w:rsidRPr="00AD10D0">
        <w:rPr>
          <w:lang w:val="lv-LV"/>
        </w:rPr>
        <w:t>eam must have appointed a Team Leader;</w:t>
      </w:r>
    </w:p>
    <w:p w14:paraId="112F4863" w14:textId="7A2E8AEB" w:rsidR="00AD10D0" w:rsidRPr="00AD10D0" w:rsidRDefault="00AD10D0" w:rsidP="00AD10D0">
      <w:pPr>
        <w:spacing w:after="0" w:line="240" w:lineRule="auto"/>
        <w:rPr>
          <w:lang w:val="lv-LV"/>
        </w:rPr>
      </w:pPr>
      <w:r w:rsidRPr="00AD10D0">
        <w:rPr>
          <w:lang w:val="lv-LV"/>
        </w:rPr>
        <w:t>1.2.4.</w:t>
      </w:r>
      <w:r w:rsidRPr="00AD10D0">
        <w:rPr>
          <w:lang w:val="lv-LV"/>
        </w:rPr>
        <w:tab/>
        <w:t xml:space="preserve">The Team Leader must confirm the final team composition of the </w:t>
      </w:r>
      <w:r>
        <w:rPr>
          <w:lang w:val="lv-LV"/>
        </w:rPr>
        <w:t>t</w:t>
      </w:r>
      <w:r w:rsidRPr="00AD10D0">
        <w:rPr>
          <w:lang w:val="lv-LV"/>
        </w:rPr>
        <w:t xml:space="preserve">eam to the </w:t>
      </w:r>
      <w:r>
        <w:rPr>
          <w:lang w:val="lv-LV"/>
        </w:rPr>
        <w:t>RTU</w:t>
      </w:r>
      <w:r w:rsidRPr="00AD10D0">
        <w:rPr>
          <w:lang w:val="lv-LV"/>
        </w:rPr>
        <w:t>,</w:t>
      </w:r>
      <w:r w:rsidR="00E22412">
        <w:rPr>
          <w:lang w:val="lv-LV"/>
        </w:rPr>
        <w:t xml:space="preserve"> till</w:t>
      </w:r>
      <w:r w:rsidRPr="00AD10D0">
        <w:rPr>
          <w:lang w:val="lv-LV"/>
        </w:rPr>
        <w:t xml:space="preserve"> the start of the Hackathon Weekend;</w:t>
      </w:r>
    </w:p>
    <w:p w14:paraId="5DF8BDE1" w14:textId="440B817B" w:rsidR="00AD10D0" w:rsidRPr="00AD10D0" w:rsidRDefault="00AD10D0" w:rsidP="00AD10D0">
      <w:pPr>
        <w:spacing w:after="0" w:line="240" w:lineRule="auto"/>
        <w:rPr>
          <w:lang w:val="lv-LV"/>
        </w:rPr>
      </w:pPr>
      <w:r w:rsidRPr="00AD10D0">
        <w:rPr>
          <w:lang w:val="lv-LV"/>
        </w:rPr>
        <w:t>1.2.5.</w:t>
      </w:r>
      <w:r w:rsidRPr="00AD10D0">
        <w:rPr>
          <w:lang w:val="lv-LV"/>
        </w:rPr>
        <w:tab/>
        <w:t xml:space="preserve">Teams must have at least </w:t>
      </w:r>
      <w:r w:rsidR="00551DE6">
        <w:rPr>
          <w:lang w:val="lv-LV"/>
        </w:rPr>
        <w:t>three</w:t>
      </w:r>
      <w:r w:rsidRPr="00AD10D0">
        <w:rPr>
          <w:lang w:val="lv-LV"/>
        </w:rPr>
        <w:t xml:space="preserve"> (</w:t>
      </w:r>
      <w:r w:rsidR="00551DE6">
        <w:rPr>
          <w:lang w:val="lv-LV"/>
        </w:rPr>
        <w:t>3</w:t>
      </w:r>
      <w:r w:rsidRPr="00AD10D0">
        <w:rPr>
          <w:lang w:val="lv-LV"/>
        </w:rPr>
        <w:t xml:space="preserve">) </w:t>
      </w:r>
      <w:r w:rsidR="00551DE6">
        <w:rPr>
          <w:lang w:val="lv-LV"/>
        </w:rPr>
        <w:t>participants</w:t>
      </w:r>
      <w:r w:rsidR="00E22412">
        <w:rPr>
          <w:lang w:val="lv-LV"/>
        </w:rPr>
        <w:t xml:space="preserve">, but not more than </w:t>
      </w:r>
      <w:r w:rsidR="00551DE6">
        <w:rPr>
          <w:lang w:val="lv-LV"/>
        </w:rPr>
        <w:t>5</w:t>
      </w:r>
      <w:r w:rsidR="00E22412">
        <w:rPr>
          <w:lang w:val="lv-LV"/>
        </w:rPr>
        <w:t>.</w:t>
      </w:r>
    </w:p>
    <w:p w14:paraId="0AE26039" w14:textId="0435123F" w:rsidR="00AD10D0" w:rsidRDefault="00AD10D0" w:rsidP="00AD10D0">
      <w:pPr>
        <w:spacing w:after="0" w:line="240" w:lineRule="auto"/>
        <w:rPr>
          <w:lang w:val="lv-LV"/>
        </w:rPr>
      </w:pPr>
      <w:r w:rsidRPr="00AD10D0">
        <w:rPr>
          <w:lang w:val="lv-LV"/>
        </w:rPr>
        <w:t>1.2.6.</w:t>
      </w:r>
      <w:r w:rsidRPr="00AD10D0">
        <w:rPr>
          <w:lang w:val="lv-LV"/>
        </w:rPr>
        <w:tab/>
        <w:t>Teams must have an idea to work on, the latest at the start of the Hackathon Weekend.</w:t>
      </w:r>
    </w:p>
    <w:p w14:paraId="3AFD00F5" w14:textId="77777777" w:rsidR="00E22412" w:rsidRDefault="00E22412" w:rsidP="00AD10D0">
      <w:pPr>
        <w:spacing w:after="0" w:line="240" w:lineRule="auto"/>
        <w:rPr>
          <w:lang w:val="lv-LV"/>
        </w:rPr>
      </w:pPr>
    </w:p>
    <w:p w14:paraId="0132DA99" w14:textId="77777777" w:rsidR="00E22412" w:rsidRDefault="00E22412" w:rsidP="00E22412">
      <w:pPr>
        <w:spacing w:after="0" w:line="240" w:lineRule="auto"/>
      </w:pPr>
      <w:r w:rsidRPr="00E22412">
        <w:rPr>
          <w:lang w:val="lv-LV"/>
        </w:rPr>
        <w:t xml:space="preserve">Registrations should be submitted on the event website </w:t>
      </w:r>
      <w:r>
        <w:rPr>
          <w:lang w:val="lv-LV"/>
        </w:rPr>
        <w:t>(</w:t>
      </w:r>
      <w:hyperlink r:id="rId7" w:history="1">
        <w:r w:rsidRPr="00FF5528">
          <w:rPr>
            <w:rStyle w:val="Hyperlink"/>
          </w:rPr>
          <w:t>https://taikai.network/eudisLATVIA/hackathons/EUDIS-LATVIA</w:t>
        </w:r>
      </w:hyperlink>
      <w:r>
        <w:t xml:space="preserve"> )</w:t>
      </w:r>
    </w:p>
    <w:p w14:paraId="6EB4DE7F" w14:textId="0B4C179F" w:rsidR="00E22412" w:rsidRDefault="00E22412" w:rsidP="00E22412">
      <w:pPr>
        <w:spacing w:after="0" w:line="240" w:lineRule="auto"/>
        <w:rPr>
          <w:lang w:val="lv-LV"/>
        </w:rPr>
      </w:pPr>
      <w:r w:rsidRPr="00E22412">
        <w:rPr>
          <w:lang w:val="lv-LV"/>
        </w:rPr>
        <w:t xml:space="preserve">no later than </w:t>
      </w:r>
      <w:r w:rsidRPr="00E22412">
        <w:rPr>
          <w:b/>
          <w:lang w:val="lv-LV"/>
        </w:rPr>
        <w:t>202</w:t>
      </w:r>
      <w:r>
        <w:rPr>
          <w:b/>
          <w:lang w:val="lv-LV"/>
        </w:rPr>
        <w:t>5</w:t>
      </w:r>
      <w:r w:rsidRPr="00E22412">
        <w:rPr>
          <w:b/>
          <w:lang w:val="lv-LV"/>
        </w:rPr>
        <w:t xml:space="preserve"> </w:t>
      </w:r>
      <w:r>
        <w:rPr>
          <w:b/>
          <w:lang w:val="lv-LV"/>
        </w:rPr>
        <w:t>May 5</w:t>
      </w:r>
      <w:r w:rsidRPr="00E22412">
        <w:rPr>
          <w:b/>
          <w:lang w:val="lv-LV"/>
        </w:rPr>
        <w:t>th 23:59 (EEST).</w:t>
      </w:r>
      <w:r w:rsidRPr="00E22412">
        <w:rPr>
          <w:lang w:val="lv-LV"/>
        </w:rPr>
        <w:t xml:space="preserve"> Unless the registration deadline is extended.</w:t>
      </w:r>
    </w:p>
    <w:p w14:paraId="58FFD3CD" w14:textId="32F42540" w:rsidR="00992410" w:rsidRPr="00E22412" w:rsidRDefault="00992410" w:rsidP="00E22412">
      <w:pPr>
        <w:spacing w:after="0" w:line="240" w:lineRule="auto"/>
        <w:rPr>
          <w:lang w:val="lv-LV"/>
        </w:rPr>
      </w:pPr>
      <w:r w:rsidRPr="00992410">
        <w:rPr>
          <w:lang w:val="lv-LV"/>
        </w:rPr>
        <w:t>When registering for the event, you can indicate whether you need transportation to get to the event. Latvian local organizers will cover a limited number of transportation seats.</w:t>
      </w:r>
    </w:p>
    <w:p w14:paraId="2BC8AF51" w14:textId="77777777" w:rsidR="00E22412" w:rsidRPr="00E22412" w:rsidRDefault="00E22412" w:rsidP="00E22412">
      <w:pPr>
        <w:spacing w:after="0" w:line="240" w:lineRule="auto"/>
        <w:rPr>
          <w:lang w:val="lv-LV"/>
        </w:rPr>
      </w:pPr>
    </w:p>
    <w:p w14:paraId="60CF802E" w14:textId="6E5E291D" w:rsidR="00E22412" w:rsidRDefault="00E22412" w:rsidP="00E22412">
      <w:pPr>
        <w:spacing w:after="0" w:line="240" w:lineRule="auto"/>
        <w:rPr>
          <w:lang w:val="lv-LV"/>
        </w:rPr>
      </w:pPr>
      <w:r w:rsidRPr="00E22412">
        <w:rPr>
          <w:lang w:val="lv-LV"/>
        </w:rPr>
        <w:t xml:space="preserve">All registrations will be reviewed and </w:t>
      </w:r>
      <w:r>
        <w:rPr>
          <w:lang w:val="lv-LV"/>
        </w:rPr>
        <w:t>the event organizational committee will validate their eligibility</w:t>
      </w:r>
      <w:r w:rsidRPr="00E22412">
        <w:rPr>
          <w:lang w:val="lv-LV"/>
        </w:rPr>
        <w:t>.</w:t>
      </w:r>
      <w:r>
        <w:rPr>
          <w:lang w:val="lv-LV"/>
        </w:rPr>
        <w:t xml:space="preserve"> </w:t>
      </w:r>
      <w:r w:rsidRPr="00E22412">
        <w:rPr>
          <w:lang w:val="lv-LV"/>
        </w:rPr>
        <w:t>If participation in the hackathon is not approved, local organizers are not required to explain the reason for the rejection in detail.</w:t>
      </w:r>
    </w:p>
    <w:p w14:paraId="4CFA6F98" w14:textId="137549F1" w:rsidR="00E22412" w:rsidRPr="00E22412" w:rsidRDefault="00E22412" w:rsidP="00E22412">
      <w:pPr>
        <w:spacing w:after="0" w:line="240" w:lineRule="auto"/>
        <w:rPr>
          <w:lang w:val="lv-LV"/>
        </w:rPr>
      </w:pPr>
    </w:p>
    <w:p w14:paraId="6015C3A0" w14:textId="28D67068" w:rsidR="00C061AD" w:rsidRDefault="009C2926">
      <w:pPr>
        <w:pStyle w:val="Heading1"/>
      </w:pPr>
      <w:r>
        <w:t>Hackathon Weekend</w:t>
      </w:r>
    </w:p>
    <w:p w14:paraId="1DD8AA3F" w14:textId="77777777" w:rsidR="00E22412" w:rsidRDefault="00E22412" w:rsidP="00E22412">
      <w:pPr>
        <w:spacing w:after="0" w:line="240" w:lineRule="auto"/>
      </w:pPr>
    </w:p>
    <w:p w14:paraId="15997337" w14:textId="1B8220E4" w:rsidR="00E22412" w:rsidRDefault="00E22412" w:rsidP="00E22412">
      <w:pPr>
        <w:spacing w:after="0" w:line="240" w:lineRule="auto"/>
        <w:rPr>
          <w:b/>
          <w:bCs/>
        </w:rPr>
      </w:pPr>
      <w:r>
        <w:rPr>
          <w:b/>
          <w:bCs/>
        </w:rPr>
        <w:t>Content</w:t>
      </w:r>
    </w:p>
    <w:p w14:paraId="4C598294" w14:textId="77777777" w:rsidR="00DF272B" w:rsidRDefault="00DF272B" w:rsidP="00E22412">
      <w:pPr>
        <w:spacing w:after="0" w:line="240" w:lineRule="auto"/>
        <w:rPr>
          <w:b/>
          <w:bCs/>
        </w:rPr>
      </w:pPr>
    </w:p>
    <w:p w14:paraId="2B9AF785" w14:textId="0D094D6A" w:rsidR="00E22412" w:rsidRDefault="00DF272B" w:rsidP="00E22412">
      <w:pPr>
        <w:spacing w:after="0" w:line="240" w:lineRule="auto"/>
      </w:pPr>
      <w:r>
        <w:t xml:space="preserve">A hackathon is a three-day event that aims to support teams in building prototypes </w:t>
      </w:r>
      <w:r w:rsidR="00E22412" w:rsidRPr="00E22412">
        <w:t>in defined thematic areas.</w:t>
      </w:r>
    </w:p>
    <w:p w14:paraId="4A931DCA" w14:textId="77777777" w:rsidR="00E22412" w:rsidRDefault="00E22412" w:rsidP="00E22412">
      <w:pPr>
        <w:spacing w:after="0" w:line="240" w:lineRule="auto"/>
      </w:pPr>
    </w:p>
    <w:p w14:paraId="0CA51BB8" w14:textId="6DF716B2" w:rsidR="00992410" w:rsidRDefault="00992410" w:rsidP="00992410">
      <w:pPr>
        <w:spacing w:after="0" w:line="240" w:lineRule="auto"/>
        <w:jc w:val="center"/>
        <w:rPr>
          <w:b/>
          <w:bCs/>
        </w:rPr>
      </w:pPr>
      <w:r>
        <w:rPr>
          <w:b/>
          <w:bCs/>
          <w:noProof/>
        </w:rPr>
        <w:drawing>
          <wp:inline distT="0" distB="0" distL="0" distR="0" wp14:anchorId="3B2E9C55" wp14:editId="4540436D">
            <wp:extent cx="4126230" cy="2750820"/>
            <wp:effectExtent l="0" t="0" r="7620" b="0"/>
            <wp:docPr id="199353264" name="Attēls 1"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3264" name="Attēls 1" descr="Attēls, kurā ir teksts, ekrānuzņēmums, fonts, cipars&#10;&#10;Mākslīgā intelekta ģenerētais saturs var būt nepareizs."/>
                    <pic:cNvPicPr/>
                  </pic:nvPicPr>
                  <pic:blipFill>
                    <a:blip r:embed="rId8"/>
                    <a:stretch>
                      <a:fillRect/>
                    </a:stretch>
                  </pic:blipFill>
                  <pic:spPr>
                    <a:xfrm>
                      <a:off x="0" y="0"/>
                      <a:ext cx="4126230" cy="2750820"/>
                    </a:xfrm>
                    <a:prstGeom prst="rect">
                      <a:avLst/>
                    </a:prstGeom>
                  </pic:spPr>
                </pic:pic>
              </a:graphicData>
            </a:graphic>
          </wp:inline>
        </w:drawing>
      </w:r>
    </w:p>
    <w:p w14:paraId="1D2DA2D6" w14:textId="77777777" w:rsidR="00992410" w:rsidRDefault="00992410" w:rsidP="00E22412">
      <w:pPr>
        <w:spacing w:after="0" w:line="240" w:lineRule="auto"/>
        <w:rPr>
          <w:b/>
          <w:bCs/>
        </w:rPr>
      </w:pPr>
    </w:p>
    <w:p w14:paraId="08135698" w14:textId="4C6015B5" w:rsidR="00E22412" w:rsidRPr="00E22412" w:rsidRDefault="00E22412" w:rsidP="00E22412">
      <w:pPr>
        <w:spacing w:after="0" w:line="240" w:lineRule="auto"/>
        <w:rPr>
          <w:b/>
          <w:bCs/>
        </w:rPr>
      </w:pPr>
      <w:r w:rsidRPr="00E22412">
        <w:rPr>
          <w:b/>
          <w:bCs/>
        </w:rPr>
        <w:t>Rules</w:t>
      </w:r>
    </w:p>
    <w:p w14:paraId="78F1AEDD" w14:textId="77777777" w:rsidR="00E22412" w:rsidRDefault="00E22412" w:rsidP="00E22412">
      <w:pPr>
        <w:spacing w:after="0" w:line="240" w:lineRule="auto"/>
      </w:pPr>
    </w:p>
    <w:p w14:paraId="7A59F3B7" w14:textId="77777777" w:rsidR="00543F92" w:rsidRDefault="009C2926" w:rsidP="00E22412">
      <w:pPr>
        <w:spacing w:after="0" w:line="240" w:lineRule="auto"/>
      </w:pPr>
      <w:r>
        <w:t>The following rules apply during the Hackathon Weekend:</w:t>
      </w:r>
      <w:r>
        <w:br/>
      </w:r>
      <w:r>
        <w:br/>
        <w:t xml:space="preserve">• </w:t>
      </w:r>
      <w:r w:rsidR="002E3C2C" w:rsidRPr="002E3C2C">
        <w:t xml:space="preserve">Extremely high-security measures will be </w:t>
      </w:r>
      <w:r w:rsidR="002E3C2C">
        <w:t xml:space="preserve">taken </w:t>
      </w:r>
      <w:r w:rsidR="002E3C2C" w:rsidRPr="002E3C2C">
        <w:t>throughout the hackathon, so participants must be prepared to present their identification documents and personal belongings so that local organizers can verify compliance with security regulations.</w:t>
      </w:r>
      <w:r>
        <w:br/>
        <w:t xml:space="preserve">• Teams must develop their solutions during the Hackathon Weekend only. No work should begin </w:t>
      </w:r>
      <w:r w:rsidR="002E3C2C">
        <w:t>before</w:t>
      </w:r>
      <w:r>
        <w:t xml:space="preserve"> the event.</w:t>
      </w:r>
    </w:p>
    <w:p w14:paraId="67E79C14" w14:textId="77777777" w:rsidR="00543F92" w:rsidRDefault="00543F92" w:rsidP="00543F92">
      <w:pPr>
        <w:spacing w:after="0" w:line="240" w:lineRule="auto"/>
      </w:pPr>
      <w:r>
        <w:t>• Teams should ensure their availability for the entire Hackathon Weekend and adhere to the event rules.</w:t>
      </w:r>
    </w:p>
    <w:p w14:paraId="3DFEB29B" w14:textId="3B5B9AFC" w:rsidR="00C061AD" w:rsidRDefault="009C2926" w:rsidP="00E22412">
      <w:pPr>
        <w:spacing w:after="0" w:line="240" w:lineRule="auto"/>
      </w:pPr>
      <w:r>
        <w:t>• Solutions cannot be explosive or endanger the safety of others; the focus must be on protection.</w:t>
      </w:r>
    </w:p>
    <w:p w14:paraId="33527BCA" w14:textId="77777777" w:rsidR="00543F92" w:rsidRDefault="00543F92" w:rsidP="00543F92">
      <w:pPr>
        <w:spacing w:after="0"/>
        <w:rPr>
          <w:lang w:val="lv-LV"/>
        </w:rPr>
      </w:pPr>
      <w:r>
        <w:t xml:space="preserve">• </w:t>
      </w:r>
      <w:r w:rsidRPr="00543F92">
        <w:rPr>
          <w:lang w:val="lv-LV"/>
        </w:rPr>
        <w:t xml:space="preserve">The ownership of any intellectual property developed by </w:t>
      </w:r>
      <w:r>
        <w:rPr>
          <w:lang w:val="lv-LV"/>
        </w:rPr>
        <w:t>participants</w:t>
      </w:r>
      <w:r w:rsidRPr="00543F92">
        <w:rPr>
          <w:lang w:val="lv-LV"/>
        </w:rPr>
        <w:t xml:space="preserve"> during and within the scope of the Action will remain with the individual </w:t>
      </w:r>
      <w:r>
        <w:rPr>
          <w:lang w:val="lv-LV"/>
        </w:rPr>
        <w:t>participants</w:t>
      </w:r>
      <w:r w:rsidRPr="00543F92">
        <w:rPr>
          <w:lang w:val="lv-LV"/>
        </w:rPr>
        <w:t>.</w:t>
      </w:r>
    </w:p>
    <w:p w14:paraId="13402F5B" w14:textId="12BBDD16" w:rsidR="00EB4F20" w:rsidRPr="00EB4F20" w:rsidRDefault="00EB4F20" w:rsidP="00EB4F20">
      <w:pPr>
        <w:spacing w:after="0"/>
        <w:rPr>
          <w:lang w:val="lv-LV"/>
        </w:rPr>
      </w:pPr>
      <w:r>
        <w:t xml:space="preserve">• </w:t>
      </w:r>
      <w:r w:rsidRPr="00EB4F20">
        <w:rPr>
          <w:lang w:val="lv-LV"/>
        </w:rPr>
        <w:t xml:space="preserve">All information presented publicly (eg. via pitches) during the </w:t>
      </w:r>
      <w:r w:rsidR="00301333">
        <w:rPr>
          <w:lang w:val="lv-LV"/>
        </w:rPr>
        <w:t>Hackathon</w:t>
      </w:r>
      <w:r w:rsidRPr="00EB4F20">
        <w:rPr>
          <w:lang w:val="lv-LV"/>
        </w:rPr>
        <w:t>(including initial ideas, developed concepts, technical details and business</w:t>
      </w:r>
      <w:r w:rsidR="00301333">
        <w:rPr>
          <w:lang w:val="lv-LV"/>
        </w:rPr>
        <w:t xml:space="preserve"> </w:t>
      </w:r>
      <w:r w:rsidRPr="00EB4F20">
        <w:rPr>
          <w:lang w:val="lv-LV"/>
        </w:rPr>
        <w:t>models) is considered as public domain knowledge.</w:t>
      </w:r>
    </w:p>
    <w:p w14:paraId="20657992" w14:textId="730E2A03" w:rsidR="00EB4F20" w:rsidRPr="00EB4F20" w:rsidRDefault="00EB4F20" w:rsidP="00EB4F20">
      <w:pPr>
        <w:spacing w:after="0"/>
        <w:rPr>
          <w:lang w:val="lv-LV"/>
        </w:rPr>
      </w:pPr>
      <w:r>
        <w:t xml:space="preserve">• </w:t>
      </w:r>
      <w:r w:rsidRPr="00EB4F20">
        <w:rPr>
          <w:lang w:val="lv-LV"/>
        </w:rPr>
        <w:t>The organisers have the right to edit the Requirements and guidance document</w:t>
      </w:r>
    </w:p>
    <w:p w14:paraId="3DDFC2FA" w14:textId="65F9099A" w:rsidR="00EB4F20" w:rsidRDefault="00EB4F20" w:rsidP="00EB4F20">
      <w:pPr>
        <w:spacing w:after="0"/>
        <w:rPr>
          <w:lang w:val="lv-LV"/>
        </w:rPr>
      </w:pPr>
      <w:r w:rsidRPr="00EB4F20">
        <w:rPr>
          <w:lang w:val="lv-LV"/>
        </w:rPr>
        <w:t xml:space="preserve">(Guidelines) until the beginning of the </w:t>
      </w:r>
      <w:r w:rsidR="00301333">
        <w:rPr>
          <w:lang w:val="lv-LV"/>
        </w:rPr>
        <w:t>Hackathon</w:t>
      </w:r>
      <w:r w:rsidRPr="00EB4F20">
        <w:rPr>
          <w:lang w:val="lv-LV"/>
        </w:rPr>
        <w:t>.</w:t>
      </w:r>
    </w:p>
    <w:p w14:paraId="29C00A86" w14:textId="6BFF5954" w:rsidR="00B93136" w:rsidRPr="008E7526" w:rsidRDefault="00B93136" w:rsidP="00B93136">
      <w:pPr>
        <w:spacing w:after="0"/>
        <w:rPr>
          <w:lang w:val="lv-LV"/>
        </w:rPr>
      </w:pPr>
      <w:r>
        <w:t xml:space="preserve">• </w:t>
      </w:r>
      <w:r w:rsidRPr="00B93136">
        <w:rPr>
          <w:lang w:val="lv-LV"/>
        </w:rPr>
        <w:t xml:space="preserve">Not following the rules and requirements set out by the event </w:t>
      </w:r>
      <w:r>
        <w:rPr>
          <w:lang w:val="lv-LV"/>
        </w:rPr>
        <w:t xml:space="preserve">organizers can </w:t>
      </w:r>
      <w:r w:rsidR="00782E1C">
        <w:rPr>
          <w:lang w:val="lv-LV"/>
        </w:rPr>
        <w:t>disqualify</w:t>
      </w:r>
      <w:r>
        <w:rPr>
          <w:lang w:val="lv-LV"/>
        </w:rPr>
        <w:t xml:space="preserve"> the team from the </w:t>
      </w:r>
      <w:r w:rsidR="00782E1C">
        <w:rPr>
          <w:lang w:val="lv-LV"/>
        </w:rPr>
        <w:t>Hackathon</w:t>
      </w:r>
      <w:r>
        <w:rPr>
          <w:lang w:val="lv-LV"/>
        </w:rPr>
        <w:t xml:space="preserve"> at the discretion of the event organizers.</w:t>
      </w:r>
    </w:p>
    <w:p w14:paraId="0515C559" w14:textId="74D4D230" w:rsidR="002E3C2C" w:rsidRDefault="002E3C2C" w:rsidP="00543F92">
      <w:pPr>
        <w:spacing w:after="0" w:line="240" w:lineRule="auto"/>
      </w:pPr>
      <w:r>
        <w:t>• I</w:t>
      </w:r>
      <w:r w:rsidRPr="002E3C2C">
        <w:t xml:space="preserve">f </w:t>
      </w:r>
      <w:r>
        <w:t>security service representatives notice any violation that may harm national security or other participants during the hackathon</w:t>
      </w:r>
      <w:r w:rsidRPr="002E3C2C">
        <w:t>, the participant may be disqualified at any stage.</w:t>
      </w:r>
    </w:p>
    <w:p w14:paraId="30EF7E7D" w14:textId="629B24FB" w:rsidR="00543F92" w:rsidRDefault="00543F92" w:rsidP="00543F92">
      <w:r>
        <w:t>•All participants are expected to behave professionally and respectfully throughout the event. Harassment or any form of inappropriate behavior will not be tolerated. The following are explicitly excluded: alcohol, tobacco, religion, politics, violence, pornography, and illegal drugs.</w:t>
      </w:r>
    </w:p>
    <w:p w14:paraId="14FF99BA" w14:textId="77777777" w:rsidR="00E22412" w:rsidRDefault="00E22412" w:rsidP="00E22412">
      <w:pPr>
        <w:spacing w:after="0" w:line="240" w:lineRule="auto"/>
      </w:pPr>
    </w:p>
    <w:p w14:paraId="7C1A9B90" w14:textId="10E7620C" w:rsidR="00385516" w:rsidRPr="00385516" w:rsidRDefault="00385516" w:rsidP="00E22412">
      <w:pPr>
        <w:spacing w:after="0" w:line="240" w:lineRule="auto"/>
        <w:rPr>
          <w:b/>
          <w:bCs/>
        </w:rPr>
      </w:pPr>
      <w:r>
        <w:rPr>
          <w:b/>
          <w:bCs/>
        </w:rPr>
        <w:t>E</w:t>
      </w:r>
      <w:r w:rsidRPr="00385516">
        <w:rPr>
          <w:b/>
          <w:bCs/>
        </w:rPr>
        <w:t>valuation criteria</w:t>
      </w:r>
    </w:p>
    <w:p w14:paraId="1A6EC455" w14:textId="77777777" w:rsidR="00385516" w:rsidRDefault="00385516" w:rsidP="00992410">
      <w:pPr>
        <w:spacing w:after="0" w:line="240" w:lineRule="auto"/>
      </w:pPr>
    </w:p>
    <w:p w14:paraId="3FA99D86" w14:textId="266EBC09" w:rsidR="00992410" w:rsidRDefault="00992410" w:rsidP="00992410">
      <w:pPr>
        <w:spacing w:after="0" w:line="240" w:lineRule="auto"/>
      </w:pPr>
      <w:r>
        <w:t>Each Team is required to submit a single completed project page on the Hacking Platform containing the following:</w:t>
      </w:r>
    </w:p>
    <w:p w14:paraId="690CE53C" w14:textId="2CB1789A" w:rsidR="00992410" w:rsidRDefault="00992410" w:rsidP="00992410">
      <w:pPr>
        <w:spacing w:after="0" w:line="240" w:lineRule="auto"/>
      </w:pPr>
      <w:r>
        <w:t>▪</w:t>
      </w:r>
      <w:r>
        <w:tab/>
        <w:t>A short summary of the project</w:t>
      </w:r>
      <w:r w:rsidR="00385516">
        <w:t>.</w:t>
      </w:r>
    </w:p>
    <w:p w14:paraId="0DDE27FB" w14:textId="6CEB9484" w:rsidR="00992410" w:rsidRDefault="00992410" w:rsidP="00992410">
      <w:pPr>
        <w:spacing w:after="0" w:line="240" w:lineRule="auto"/>
      </w:pPr>
      <w:r>
        <w:t>▪</w:t>
      </w:r>
      <w:r>
        <w:tab/>
      </w:r>
      <w:r w:rsidR="00385516">
        <w:t>B</w:t>
      </w:r>
      <w:r>
        <w:t>rief biographies and their roles in the team</w:t>
      </w:r>
      <w:r w:rsidR="00385516">
        <w:t xml:space="preserve"> of all team members.</w:t>
      </w:r>
    </w:p>
    <w:p w14:paraId="75539F3E" w14:textId="2C54C0D7" w:rsidR="00992410" w:rsidRDefault="00992410" w:rsidP="00992410">
      <w:pPr>
        <w:spacing w:after="0" w:line="240" w:lineRule="auto"/>
      </w:pPr>
      <w:r>
        <w:t>▪</w:t>
      </w:r>
      <w:r>
        <w:tab/>
        <w:t>Optionally, a pitch deck or link to a video or screen capture of the prototype</w:t>
      </w:r>
      <w:r w:rsidR="00385516">
        <w:t>.</w:t>
      </w:r>
    </w:p>
    <w:p w14:paraId="3B851EB2" w14:textId="528074AC" w:rsidR="00992410" w:rsidRDefault="00992410" w:rsidP="00992410">
      <w:pPr>
        <w:spacing w:after="0" w:line="240" w:lineRule="auto"/>
      </w:pPr>
      <w:r>
        <w:t>▪</w:t>
      </w:r>
      <w:r>
        <w:tab/>
        <w:t>Link with the theme and one of the challenges</w:t>
      </w:r>
      <w:r w:rsidR="00385516">
        <w:t>: data, information, services,</w:t>
      </w:r>
      <w:r>
        <w:t xml:space="preserve"> and signals used</w:t>
      </w:r>
      <w:r w:rsidR="00385516">
        <w:t>.</w:t>
      </w:r>
    </w:p>
    <w:p w14:paraId="7CF774D1" w14:textId="34B16C2D" w:rsidR="00992410" w:rsidRDefault="00992410" w:rsidP="00992410">
      <w:pPr>
        <w:spacing w:after="0" w:line="240" w:lineRule="auto"/>
      </w:pPr>
      <w:r>
        <w:t>▪</w:t>
      </w:r>
      <w:r>
        <w:tab/>
        <w:t>Any unique hardware used in the project</w:t>
      </w:r>
      <w:r w:rsidR="00385516">
        <w:t>.</w:t>
      </w:r>
    </w:p>
    <w:p w14:paraId="4570B94A" w14:textId="77777777" w:rsidR="00385516" w:rsidRDefault="00385516" w:rsidP="00992410">
      <w:pPr>
        <w:spacing w:after="0" w:line="240" w:lineRule="auto"/>
      </w:pPr>
    </w:p>
    <w:p w14:paraId="646DF1AA" w14:textId="7E7E7AC0" w:rsidR="00992410" w:rsidRDefault="00992410" w:rsidP="00992410">
      <w:pPr>
        <w:spacing w:after="0" w:line="240" w:lineRule="auto"/>
      </w:pPr>
      <w:r>
        <w:t>Only upon completion of all required fields</w:t>
      </w:r>
      <w:r w:rsidR="00385516">
        <w:t xml:space="preserve"> is your application </w:t>
      </w:r>
      <w:r>
        <w:t xml:space="preserve">considered complete. The submission deadline is 11 May 2025 at 12:30 CET. You are encouraged to submit your application before the deadline in case IT issues arise. </w:t>
      </w:r>
      <w:r w:rsidR="00385516">
        <w:t>Each Team</w:t>
      </w:r>
      <w:r>
        <w:t xml:space="preserve"> can submit only one Hackathon Submission.</w:t>
      </w:r>
    </w:p>
    <w:p w14:paraId="593A00AF" w14:textId="77777777" w:rsidR="00385516" w:rsidRDefault="00385516" w:rsidP="00992410">
      <w:pPr>
        <w:spacing w:after="0" w:line="240" w:lineRule="auto"/>
      </w:pPr>
    </w:p>
    <w:p w14:paraId="400104F7" w14:textId="2B991E21" w:rsidR="00385516" w:rsidRDefault="00385516" w:rsidP="00385516">
      <w:pPr>
        <w:spacing w:after="0" w:line="240" w:lineRule="auto"/>
      </w:pPr>
      <w:r>
        <w:lastRenderedPageBreak/>
        <w:t>Hackathon Submissions that have not been submitted, or those submitted past the abovementioned deadline, are not eligible for evaluation and will under no circumstances be reviewed by the jury. Following the application deadline, eligible submissions will be reviewed by the jury.</w:t>
      </w:r>
    </w:p>
    <w:p w14:paraId="3D23E3B0" w14:textId="77777777" w:rsidR="00385516" w:rsidRDefault="00385516" w:rsidP="00385516">
      <w:pPr>
        <w:spacing w:after="0" w:line="240" w:lineRule="auto"/>
      </w:pPr>
    </w:p>
    <w:p w14:paraId="0228595E" w14:textId="42D46A90" w:rsidR="00385516" w:rsidRDefault="00385516" w:rsidP="00385516">
      <w:pPr>
        <w:spacing w:after="0" w:line="240" w:lineRule="auto"/>
      </w:pPr>
      <w:r>
        <w:t>Each hacking team must present its project idea and must be able to answer the jury's questions. Presentation duration 3 minutes.</w:t>
      </w:r>
    </w:p>
    <w:p w14:paraId="56B5AACB" w14:textId="77777777" w:rsidR="00385516" w:rsidRDefault="00385516" w:rsidP="00385516">
      <w:pPr>
        <w:spacing w:after="0" w:line="240" w:lineRule="auto"/>
      </w:pPr>
    </w:p>
    <w:tbl>
      <w:tblPr>
        <w:tblW w:w="8660" w:type="dxa"/>
        <w:tblInd w:w="260" w:type="dxa"/>
        <w:tblLayout w:type="fixed"/>
        <w:tblCellMar>
          <w:left w:w="0" w:type="dxa"/>
          <w:right w:w="0" w:type="dxa"/>
        </w:tblCellMar>
        <w:tblLook w:val="04A0" w:firstRow="1" w:lastRow="0" w:firstColumn="1" w:lastColumn="0" w:noHBand="0" w:noVBand="1"/>
      </w:tblPr>
      <w:tblGrid>
        <w:gridCol w:w="20"/>
        <w:gridCol w:w="7550"/>
        <w:gridCol w:w="1090"/>
      </w:tblGrid>
      <w:tr w:rsidR="00385516" w14:paraId="23210E33" w14:textId="77777777" w:rsidTr="00385516">
        <w:trPr>
          <w:trHeight w:val="269"/>
        </w:trPr>
        <w:tc>
          <w:tcPr>
            <w:tcW w:w="7570" w:type="dxa"/>
            <w:gridSpan w:val="2"/>
            <w:vAlign w:val="bottom"/>
          </w:tcPr>
          <w:p w14:paraId="0C6C5B34" w14:textId="12FC6219" w:rsidR="00385516" w:rsidRDefault="00385516" w:rsidP="001B4C77">
            <w:pPr>
              <w:rPr>
                <w:sz w:val="20"/>
                <w:szCs w:val="20"/>
              </w:rPr>
            </w:pPr>
            <w:r w:rsidRPr="00385516">
              <w:t xml:space="preserve">All submissions will be evaluated and scored by the </w:t>
            </w:r>
            <w:r w:rsidR="00543F92">
              <w:t>j</w:t>
            </w:r>
            <w:r w:rsidRPr="00385516">
              <w:t>ury on four criteria:</w:t>
            </w:r>
          </w:p>
        </w:tc>
        <w:tc>
          <w:tcPr>
            <w:tcW w:w="1090" w:type="dxa"/>
            <w:vAlign w:val="bottom"/>
          </w:tcPr>
          <w:p w14:paraId="33F39828" w14:textId="77777777" w:rsidR="00385516" w:rsidRDefault="00385516" w:rsidP="001B4C77">
            <w:pPr>
              <w:rPr>
                <w:sz w:val="23"/>
                <w:szCs w:val="23"/>
              </w:rPr>
            </w:pPr>
          </w:p>
        </w:tc>
      </w:tr>
      <w:tr w:rsidR="00385516" w14:paraId="7F107F8D" w14:textId="77777777" w:rsidTr="00385516">
        <w:trPr>
          <w:trHeight w:val="284"/>
        </w:trPr>
        <w:tc>
          <w:tcPr>
            <w:tcW w:w="20" w:type="dxa"/>
            <w:vAlign w:val="bottom"/>
          </w:tcPr>
          <w:p w14:paraId="462A81EF" w14:textId="77777777" w:rsidR="00385516" w:rsidRDefault="00385516" w:rsidP="001B4C77">
            <w:pPr>
              <w:rPr>
                <w:sz w:val="24"/>
                <w:szCs w:val="24"/>
              </w:rPr>
            </w:pPr>
          </w:p>
        </w:tc>
        <w:tc>
          <w:tcPr>
            <w:tcW w:w="7550" w:type="dxa"/>
            <w:vAlign w:val="bottom"/>
          </w:tcPr>
          <w:p w14:paraId="67C78BA2" w14:textId="77777777" w:rsidR="00385516" w:rsidRDefault="00385516" w:rsidP="001B4C77">
            <w:pPr>
              <w:rPr>
                <w:sz w:val="24"/>
                <w:szCs w:val="24"/>
              </w:rPr>
            </w:pPr>
          </w:p>
        </w:tc>
        <w:tc>
          <w:tcPr>
            <w:tcW w:w="1090" w:type="dxa"/>
            <w:vAlign w:val="bottom"/>
          </w:tcPr>
          <w:p w14:paraId="6D44AF93" w14:textId="77777777" w:rsidR="00385516" w:rsidRDefault="00385516" w:rsidP="001B4C77">
            <w:pPr>
              <w:rPr>
                <w:sz w:val="24"/>
                <w:szCs w:val="24"/>
              </w:rPr>
            </w:pPr>
          </w:p>
        </w:tc>
      </w:tr>
      <w:tr w:rsidR="00385516" w14:paraId="50063A54" w14:textId="77777777" w:rsidTr="00385516">
        <w:trPr>
          <w:trHeight w:val="271"/>
        </w:trPr>
        <w:tc>
          <w:tcPr>
            <w:tcW w:w="20" w:type="dxa"/>
            <w:vAlign w:val="bottom"/>
          </w:tcPr>
          <w:p w14:paraId="36FA4CD1" w14:textId="77777777" w:rsidR="00385516" w:rsidRDefault="00385516" w:rsidP="001B4C77">
            <w:pPr>
              <w:rPr>
                <w:sz w:val="23"/>
                <w:szCs w:val="23"/>
              </w:rPr>
            </w:pPr>
          </w:p>
        </w:tc>
        <w:tc>
          <w:tcPr>
            <w:tcW w:w="7550" w:type="dxa"/>
            <w:shd w:val="clear" w:color="auto" w:fill="8064A2"/>
            <w:vAlign w:val="bottom"/>
          </w:tcPr>
          <w:p w14:paraId="3B61CCDC" w14:textId="77777777" w:rsidR="00385516" w:rsidRDefault="00385516" w:rsidP="001B4C77">
            <w:pPr>
              <w:spacing w:line="260" w:lineRule="exact"/>
              <w:ind w:left="3400"/>
              <w:rPr>
                <w:sz w:val="20"/>
                <w:szCs w:val="20"/>
              </w:rPr>
            </w:pPr>
            <w:r>
              <w:rPr>
                <w:rFonts w:ascii="Calibri" w:eastAsia="Calibri" w:hAnsi="Calibri" w:cs="Calibri"/>
                <w:b/>
                <w:bCs/>
                <w:color w:val="FFFFFF"/>
              </w:rPr>
              <w:t>Criteria</w:t>
            </w:r>
          </w:p>
        </w:tc>
        <w:tc>
          <w:tcPr>
            <w:tcW w:w="1090" w:type="dxa"/>
            <w:shd w:val="clear" w:color="auto" w:fill="8064A2"/>
            <w:vAlign w:val="bottom"/>
          </w:tcPr>
          <w:p w14:paraId="31FCF315" w14:textId="77777777" w:rsidR="00385516" w:rsidRDefault="00385516" w:rsidP="001B4C77">
            <w:pPr>
              <w:spacing w:line="260" w:lineRule="exact"/>
              <w:jc w:val="center"/>
              <w:rPr>
                <w:sz w:val="20"/>
                <w:szCs w:val="20"/>
              </w:rPr>
            </w:pPr>
            <w:r>
              <w:rPr>
                <w:rFonts w:ascii="Calibri" w:eastAsia="Calibri" w:hAnsi="Calibri" w:cs="Calibri"/>
                <w:b/>
                <w:bCs/>
                <w:color w:val="FFFFFF"/>
                <w:w w:val="99"/>
              </w:rPr>
              <w:t>Weight</w:t>
            </w:r>
          </w:p>
        </w:tc>
      </w:tr>
      <w:tr w:rsidR="00385516" w14:paraId="1505D50B" w14:textId="77777777" w:rsidTr="00385516">
        <w:trPr>
          <w:trHeight w:val="270"/>
        </w:trPr>
        <w:tc>
          <w:tcPr>
            <w:tcW w:w="20" w:type="dxa"/>
            <w:vAlign w:val="bottom"/>
          </w:tcPr>
          <w:p w14:paraId="19F89038" w14:textId="77777777" w:rsidR="00385516" w:rsidRDefault="00385516" w:rsidP="001B4C77">
            <w:pPr>
              <w:rPr>
                <w:sz w:val="23"/>
                <w:szCs w:val="23"/>
              </w:rPr>
            </w:pPr>
          </w:p>
        </w:tc>
        <w:tc>
          <w:tcPr>
            <w:tcW w:w="7550" w:type="dxa"/>
            <w:shd w:val="clear" w:color="auto" w:fill="F2F2F2"/>
            <w:vAlign w:val="bottom"/>
          </w:tcPr>
          <w:p w14:paraId="6FC176CD" w14:textId="77777777" w:rsidR="00385516" w:rsidRPr="00543F92" w:rsidRDefault="00385516" w:rsidP="001B4C77">
            <w:pPr>
              <w:ind w:left="100"/>
              <w:rPr>
                <w:sz w:val="20"/>
                <w:szCs w:val="20"/>
              </w:rPr>
            </w:pPr>
            <w:r w:rsidRPr="00543F92">
              <w:rPr>
                <w:rFonts w:eastAsia="Calibri" w:cs="Calibri"/>
              </w:rPr>
              <w:t xml:space="preserve">Relevance of the idea, </w:t>
            </w:r>
            <w:proofErr w:type="gramStart"/>
            <w:r w:rsidRPr="00543F92">
              <w:rPr>
                <w:rFonts w:eastAsia="Calibri" w:cs="Calibri"/>
              </w:rPr>
              <w:t>solution</w:t>
            </w:r>
            <w:proofErr w:type="gramEnd"/>
            <w:r w:rsidRPr="00543F92">
              <w:rPr>
                <w:rFonts w:eastAsia="Calibri" w:cs="Calibri"/>
              </w:rPr>
              <w:t xml:space="preserve"> or prototype with regards to the EU Member</w:t>
            </w:r>
          </w:p>
        </w:tc>
        <w:tc>
          <w:tcPr>
            <w:tcW w:w="1090" w:type="dxa"/>
            <w:shd w:val="clear" w:color="auto" w:fill="F2F2F2"/>
            <w:vAlign w:val="bottom"/>
          </w:tcPr>
          <w:p w14:paraId="6BF79B18" w14:textId="77777777" w:rsidR="00385516" w:rsidRDefault="00385516" w:rsidP="001B4C77">
            <w:pPr>
              <w:jc w:val="center"/>
              <w:rPr>
                <w:sz w:val="20"/>
                <w:szCs w:val="20"/>
              </w:rPr>
            </w:pPr>
            <w:r>
              <w:rPr>
                <w:rFonts w:ascii="Calibri" w:eastAsia="Calibri" w:hAnsi="Calibri" w:cs="Calibri"/>
                <w:w w:val="99"/>
              </w:rPr>
              <w:t>25%</w:t>
            </w:r>
          </w:p>
        </w:tc>
      </w:tr>
      <w:tr w:rsidR="00385516" w14:paraId="3AEEE996" w14:textId="77777777" w:rsidTr="00385516">
        <w:trPr>
          <w:trHeight w:val="266"/>
        </w:trPr>
        <w:tc>
          <w:tcPr>
            <w:tcW w:w="20" w:type="dxa"/>
            <w:vAlign w:val="bottom"/>
          </w:tcPr>
          <w:p w14:paraId="1BCABB13" w14:textId="77777777" w:rsidR="00385516" w:rsidRDefault="00385516" w:rsidP="001B4C77">
            <w:pPr>
              <w:rPr>
                <w:sz w:val="23"/>
                <w:szCs w:val="23"/>
              </w:rPr>
            </w:pPr>
          </w:p>
        </w:tc>
        <w:tc>
          <w:tcPr>
            <w:tcW w:w="7550" w:type="dxa"/>
            <w:shd w:val="clear" w:color="auto" w:fill="F2F2F2"/>
            <w:vAlign w:val="bottom"/>
          </w:tcPr>
          <w:p w14:paraId="4B778498" w14:textId="77777777" w:rsidR="00385516" w:rsidRPr="00543F92" w:rsidRDefault="00385516" w:rsidP="001B4C77">
            <w:pPr>
              <w:spacing w:line="267" w:lineRule="exact"/>
              <w:ind w:left="100"/>
              <w:rPr>
                <w:sz w:val="20"/>
                <w:szCs w:val="20"/>
              </w:rPr>
            </w:pPr>
            <w:r w:rsidRPr="00543F92">
              <w:rPr>
                <w:rFonts w:eastAsia="Calibri" w:cs="Calibri"/>
              </w:rPr>
              <w:t xml:space="preserve">States/Norway/Ukraine </w:t>
            </w:r>
            <w:proofErr w:type="spellStart"/>
            <w:r w:rsidRPr="00543F92">
              <w:rPr>
                <w:rFonts w:eastAsia="Calibri" w:cs="Calibri"/>
              </w:rPr>
              <w:t>defence</w:t>
            </w:r>
            <w:proofErr w:type="spellEnd"/>
            <w:r w:rsidRPr="00543F92">
              <w:rPr>
                <w:rFonts w:eastAsia="Calibri" w:cs="Calibri"/>
              </w:rPr>
              <w:t xml:space="preserve"> needs and the </w:t>
            </w:r>
            <w:proofErr w:type="spellStart"/>
            <w:r w:rsidRPr="00543F92">
              <w:rPr>
                <w:rFonts w:eastAsia="Calibri" w:cs="Calibri"/>
              </w:rPr>
              <w:t>defence</w:t>
            </w:r>
            <w:proofErr w:type="spellEnd"/>
            <w:r w:rsidRPr="00543F92">
              <w:rPr>
                <w:rFonts w:eastAsia="Calibri" w:cs="Calibri"/>
              </w:rPr>
              <w:t xml:space="preserve"> hackathon themes and</w:t>
            </w:r>
          </w:p>
        </w:tc>
        <w:tc>
          <w:tcPr>
            <w:tcW w:w="1090" w:type="dxa"/>
            <w:shd w:val="clear" w:color="auto" w:fill="F2F2F2"/>
            <w:vAlign w:val="bottom"/>
          </w:tcPr>
          <w:p w14:paraId="43269A01" w14:textId="77777777" w:rsidR="00385516" w:rsidRDefault="00385516" w:rsidP="001B4C77">
            <w:pPr>
              <w:rPr>
                <w:sz w:val="23"/>
                <w:szCs w:val="23"/>
              </w:rPr>
            </w:pPr>
          </w:p>
        </w:tc>
      </w:tr>
      <w:tr w:rsidR="00385516" w14:paraId="271FF776" w14:textId="77777777" w:rsidTr="00385516">
        <w:trPr>
          <w:trHeight w:val="279"/>
        </w:trPr>
        <w:tc>
          <w:tcPr>
            <w:tcW w:w="20" w:type="dxa"/>
            <w:vAlign w:val="bottom"/>
          </w:tcPr>
          <w:p w14:paraId="7A83F56F" w14:textId="77777777" w:rsidR="00385516" w:rsidRDefault="00385516" w:rsidP="001B4C77">
            <w:pPr>
              <w:rPr>
                <w:sz w:val="24"/>
                <w:szCs w:val="24"/>
              </w:rPr>
            </w:pPr>
          </w:p>
        </w:tc>
        <w:tc>
          <w:tcPr>
            <w:tcW w:w="7550" w:type="dxa"/>
            <w:shd w:val="clear" w:color="auto" w:fill="F2F2F2"/>
            <w:vAlign w:val="bottom"/>
          </w:tcPr>
          <w:p w14:paraId="336B8A47" w14:textId="77777777" w:rsidR="00385516" w:rsidRPr="00543F92" w:rsidRDefault="00385516" w:rsidP="001B4C77">
            <w:pPr>
              <w:ind w:left="100"/>
              <w:rPr>
                <w:sz w:val="20"/>
                <w:szCs w:val="20"/>
              </w:rPr>
            </w:pPr>
            <w:r w:rsidRPr="00543F92">
              <w:rPr>
                <w:rFonts w:eastAsia="Calibri" w:cs="Calibri"/>
              </w:rPr>
              <w:t>challenges;</w:t>
            </w:r>
          </w:p>
        </w:tc>
        <w:tc>
          <w:tcPr>
            <w:tcW w:w="1090" w:type="dxa"/>
            <w:shd w:val="clear" w:color="auto" w:fill="F2F2F2"/>
            <w:vAlign w:val="bottom"/>
          </w:tcPr>
          <w:p w14:paraId="3FA48F73" w14:textId="77777777" w:rsidR="00385516" w:rsidRDefault="00385516" w:rsidP="001B4C77">
            <w:pPr>
              <w:rPr>
                <w:sz w:val="24"/>
                <w:szCs w:val="24"/>
              </w:rPr>
            </w:pPr>
          </w:p>
        </w:tc>
      </w:tr>
      <w:tr w:rsidR="00385516" w14:paraId="39D24231" w14:textId="77777777" w:rsidTr="00385516">
        <w:trPr>
          <w:trHeight w:val="268"/>
        </w:trPr>
        <w:tc>
          <w:tcPr>
            <w:tcW w:w="20" w:type="dxa"/>
            <w:vAlign w:val="bottom"/>
          </w:tcPr>
          <w:p w14:paraId="106524B0" w14:textId="77777777" w:rsidR="00385516" w:rsidRDefault="00385516" w:rsidP="001B4C77">
            <w:pPr>
              <w:rPr>
                <w:sz w:val="23"/>
                <w:szCs w:val="23"/>
              </w:rPr>
            </w:pPr>
          </w:p>
        </w:tc>
        <w:tc>
          <w:tcPr>
            <w:tcW w:w="7550" w:type="dxa"/>
            <w:shd w:val="clear" w:color="auto" w:fill="F2F2F2"/>
            <w:vAlign w:val="bottom"/>
          </w:tcPr>
          <w:p w14:paraId="133D3DF8" w14:textId="77777777" w:rsidR="00385516" w:rsidRPr="00543F92" w:rsidRDefault="00385516" w:rsidP="001B4C77">
            <w:pPr>
              <w:ind w:left="100"/>
              <w:rPr>
                <w:sz w:val="20"/>
                <w:szCs w:val="20"/>
              </w:rPr>
            </w:pPr>
            <w:r w:rsidRPr="00543F92">
              <w:rPr>
                <w:rFonts w:eastAsia="Calibri" w:cs="Calibri"/>
              </w:rPr>
              <w:t>Innovativeness of the idea, solution or prototype, its uniqueness, and its value</w:t>
            </w:r>
          </w:p>
        </w:tc>
        <w:tc>
          <w:tcPr>
            <w:tcW w:w="1090" w:type="dxa"/>
            <w:shd w:val="clear" w:color="auto" w:fill="F2F2F2"/>
            <w:vAlign w:val="bottom"/>
          </w:tcPr>
          <w:p w14:paraId="2F7F1841" w14:textId="77777777" w:rsidR="00385516" w:rsidRDefault="00385516" w:rsidP="001B4C77">
            <w:pPr>
              <w:jc w:val="center"/>
              <w:rPr>
                <w:sz w:val="20"/>
                <w:szCs w:val="20"/>
              </w:rPr>
            </w:pPr>
            <w:r>
              <w:rPr>
                <w:rFonts w:ascii="Calibri" w:eastAsia="Calibri" w:hAnsi="Calibri" w:cs="Calibri"/>
                <w:w w:val="99"/>
              </w:rPr>
              <w:t>25%</w:t>
            </w:r>
          </w:p>
        </w:tc>
      </w:tr>
      <w:tr w:rsidR="00385516" w14:paraId="6649F016" w14:textId="77777777" w:rsidTr="00385516">
        <w:trPr>
          <w:trHeight w:val="278"/>
        </w:trPr>
        <w:tc>
          <w:tcPr>
            <w:tcW w:w="20" w:type="dxa"/>
            <w:vAlign w:val="bottom"/>
          </w:tcPr>
          <w:p w14:paraId="52421DB4" w14:textId="77777777" w:rsidR="00385516" w:rsidRDefault="00385516" w:rsidP="001B4C77">
            <w:pPr>
              <w:rPr>
                <w:sz w:val="24"/>
                <w:szCs w:val="24"/>
              </w:rPr>
            </w:pPr>
          </w:p>
        </w:tc>
        <w:tc>
          <w:tcPr>
            <w:tcW w:w="7550" w:type="dxa"/>
            <w:shd w:val="clear" w:color="auto" w:fill="F2F2F2"/>
            <w:vAlign w:val="bottom"/>
          </w:tcPr>
          <w:p w14:paraId="4D7A5C4E" w14:textId="77777777" w:rsidR="00385516" w:rsidRPr="00543F92" w:rsidRDefault="00385516" w:rsidP="001B4C77">
            <w:pPr>
              <w:ind w:left="100"/>
              <w:rPr>
                <w:sz w:val="20"/>
                <w:szCs w:val="20"/>
              </w:rPr>
            </w:pPr>
            <w:r w:rsidRPr="00543F92">
              <w:rPr>
                <w:rFonts w:eastAsia="Calibri" w:cs="Calibri"/>
              </w:rPr>
              <w:t xml:space="preserve">created for </w:t>
            </w:r>
            <w:proofErr w:type="spellStart"/>
            <w:r w:rsidRPr="00543F92">
              <w:rPr>
                <w:rFonts w:eastAsia="Calibri" w:cs="Calibri"/>
              </w:rPr>
              <w:t>defence</w:t>
            </w:r>
            <w:proofErr w:type="spellEnd"/>
            <w:r w:rsidRPr="00543F92">
              <w:rPr>
                <w:rFonts w:eastAsia="Calibri" w:cs="Calibri"/>
              </w:rPr>
              <w:t xml:space="preserve"> end-users;</w:t>
            </w:r>
          </w:p>
        </w:tc>
        <w:tc>
          <w:tcPr>
            <w:tcW w:w="1090" w:type="dxa"/>
            <w:shd w:val="clear" w:color="auto" w:fill="F2F2F2"/>
            <w:vAlign w:val="bottom"/>
          </w:tcPr>
          <w:p w14:paraId="6A33F4F9" w14:textId="77777777" w:rsidR="00385516" w:rsidRDefault="00385516" w:rsidP="001B4C77">
            <w:pPr>
              <w:rPr>
                <w:sz w:val="24"/>
                <w:szCs w:val="24"/>
              </w:rPr>
            </w:pPr>
          </w:p>
        </w:tc>
      </w:tr>
      <w:tr w:rsidR="00385516" w14:paraId="1171BA2A" w14:textId="77777777" w:rsidTr="00385516">
        <w:trPr>
          <w:trHeight w:val="269"/>
        </w:trPr>
        <w:tc>
          <w:tcPr>
            <w:tcW w:w="20" w:type="dxa"/>
            <w:vAlign w:val="bottom"/>
          </w:tcPr>
          <w:p w14:paraId="3D8C70F5" w14:textId="77777777" w:rsidR="00385516" w:rsidRDefault="00385516" w:rsidP="001B4C77">
            <w:pPr>
              <w:rPr>
                <w:sz w:val="23"/>
                <w:szCs w:val="23"/>
              </w:rPr>
            </w:pPr>
          </w:p>
        </w:tc>
        <w:tc>
          <w:tcPr>
            <w:tcW w:w="7550" w:type="dxa"/>
            <w:shd w:val="clear" w:color="auto" w:fill="F2F2F2"/>
            <w:vAlign w:val="bottom"/>
          </w:tcPr>
          <w:p w14:paraId="4FD62F3C" w14:textId="77777777" w:rsidR="00385516" w:rsidRPr="00543F92" w:rsidRDefault="00385516" w:rsidP="001B4C77">
            <w:pPr>
              <w:ind w:left="100"/>
              <w:rPr>
                <w:sz w:val="20"/>
                <w:szCs w:val="20"/>
              </w:rPr>
            </w:pPr>
            <w:r w:rsidRPr="00543F92">
              <w:rPr>
                <w:rFonts w:eastAsia="Calibri" w:cs="Calibri"/>
              </w:rPr>
              <w:t xml:space="preserve">The comparable progress made of the teams’ ideas, </w:t>
            </w:r>
            <w:proofErr w:type="gramStart"/>
            <w:r w:rsidRPr="00543F92">
              <w:rPr>
                <w:rFonts w:eastAsia="Calibri" w:cs="Calibri"/>
              </w:rPr>
              <w:t>solutions</w:t>
            </w:r>
            <w:proofErr w:type="gramEnd"/>
            <w:r w:rsidRPr="00543F92">
              <w:rPr>
                <w:rFonts w:eastAsia="Calibri" w:cs="Calibri"/>
              </w:rPr>
              <w:t xml:space="preserve"> or prototypes</w:t>
            </w:r>
          </w:p>
        </w:tc>
        <w:tc>
          <w:tcPr>
            <w:tcW w:w="1090" w:type="dxa"/>
            <w:shd w:val="clear" w:color="auto" w:fill="F2F2F2"/>
            <w:vAlign w:val="bottom"/>
          </w:tcPr>
          <w:p w14:paraId="66DEEE88" w14:textId="77777777" w:rsidR="00385516" w:rsidRDefault="00385516" w:rsidP="001B4C77">
            <w:pPr>
              <w:jc w:val="center"/>
              <w:rPr>
                <w:sz w:val="20"/>
                <w:szCs w:val="20"/>
              </w:rPr>
            </w:pPr>
            <w:r>
              <w:rPr>
                <w:rFonts w:ascii="Calibri" w:eastAsia="Calibri" w:hAnsi="Calibri" w:cs="Calibri"/>
                <w:w w:val="99"/>
              </w:rPr>
              <w:t>30%</w:t>
            </w:r>
          </w:p>
        </w:tc>
      </w:tr>
      <w:tr w:rsidR="00385516" w14:paraId="609A790A" w14:textId="77777777" w:rsidTr="00385516">
        <w:trPr>
          <w:trHeight w:val="278"/>
        </w:trPr>
        <w:tc>
          <w:tcPr>
            <w:tcW w:w="20" w:type="dxa"/>
            <w:vAlign w:val="bottom"/>
          </w:tcPr>
          <w:p w14:paraId="52FFA02B" w14:textId="77777777" w:rsidR="00385516" w:rsidRDefault="00385516" w:rsidP="001B4C77">
            <w:pPr>
              <w:rPr>
                <w:sz w:val="24"/>
                <w:szCs w:val="24"/>
              </w:rPr>
            </w:pPr>
          </w:p>
        </w:tc>
        <w:tc>
          <w:tcPr>
            <w:tcW w:w="7550" w:type="dxa"/>
            <w:shd w:val="clear" w:color="auto" w:fill="F2F2F2"/>
            <w:vAlign w:val="bottom"/>
          </w:tcPr>
          <w:p w14:paraId="33B07354" w14:textId="5FE0351E" w:rsidR="00385516" w:rsidRPr="00543F92" w:rsidRDefault="00385516" w:rsidP="001B4C77">
            <w:pPr>
              <w:ind w:left="100"/>
              <w:rPr>
                <w:sz w:val="20"/>
                <w:szCs w:val="20"/>
              </w:rPr>
            </w:pPr>
            <w:r w:rsidRPr="00543F92">
              <w:rPr>
                <w:rFonts w:eastAsia="Calibri" w:cs="Calibri"/>
              </w:rPr>
              <w:t xml:space="preserve">during the hackathon weekend; </w:t>
            </w:r>
          </w:p>
        </w:tc>
        <w:tc>
          <w:tcPr>
            <w:tcW w:w="1090" w:type="dxa"/>
            <w:shd w:val="clear" w:color="auto" w:fill="F2F2F2"/>
            <w:vAlign w:val="bottom"/>
          </w:tcPr>
          <w:p w14:paraId="134531F6" w14:textId="77777777" w:rsidR="00385516" w:rsidRDefault="00385516" w:rsidP="001B4C77">
            <w:pPr>
              <w:rPr>
                <w:sz w:val="24"/>
                <w:szCs w:val="24"/>
              </w:rPr>
            </w:pPr>
          </w:p>
        </w:tc>
      </w:tr>
      <w:tr w:rsidR="00385516" w14:paraId="672E36FC" w14:textId="77777777" w:rsidTr="00385516">
        <w:trPr>
          <w:trHeight w:val="269"/>
        </w:trPr>
        <w:tc>
          <w:tcPr>
            <w:tcW w:w="20" w:type="dxa"/>
            <w:vAlign w:val="bottom"/>
          </w:tcPr>
          <w:p w14:paraId="21226A33" w14:textId="77777777" w:rsidR="00385516" w:rsidRDefault="00385516" w:rsidP="001B4C77">
            <w:pPr>
              <w:rPr>
                <w:sz w:val="23"/>
                <w:szCs w:val="23"/>
              </w:rPr>
            </w:pPr>
          </w:p>
        </w:tc>
        <w:tc>
          <w:tcPr>
            <w:tcW w:w="7550" w:type="dxa"/>
            <w:shd w:val="clear" w:color="auto" w:fill="F2F2F2"/>
            <w:vAlign w:val="bottom"/>
          </w:tcPr>
          <w:p w14:paraId="4050D9C7" w14:textId="77777777" w:rsidR="00385516" w:rsidRPr="00543F92" w:rsidRDefault="00385516" w:rsidP="001B4C77">
            <w:pPr>
              <w:ind w:left="100"/>
              <w:rPr>
                <w:sz w:val="20"/>
                <w:szCs w:val="20"/>
              </w:rPr>
            </w:pPr>
            <w:r w:rsidRPr="00543F92">
              <w:rPr>
                <w:rFonts w:eastAsia="Calibri" w:cs="Calibri"/>
              </w:rPr>
              <w:t>Quality of the team (</w:t>
            </w:r>
            <w:proofErr w:type="spellStart"/>
            <w:r w:rsidRPr="00543F92">
              <w:rPr>
                <w:rFonts w:eastAsia="Calibri" w:cs="Calibri"/>
              </w:rPr>
              <w:t>defence</w:t>
            </w:r>
            <w:proofErr w:type="spellEnd"/>
            <w:r w:rsidRPr="00543F92">
              <w:rPr>
                <w:rFonts w:eastAsia="Calibri" w:cs="Calibri"/>
              </w:rPr>
              <w:t>, technical and business expertise, understanding of</w:t>
            </w:r>
          </w:p>
        </w:tc>
        <w:tc>
          <w:tcPr>
            <w:tcW w:w="1090" w:type="dxa"/>
            <w:shd w:val="clear" w:color="auto" w:fill="F2F2F2"/>
            <w:vAlign w:val="bottom"/>
          </w:tcPr>
          <w:p w14:paraId="78BF8A6C" w14:textId="77777777" w:rsidR="00385516" w:rsidRDefault="00385516" w:rsidP="001B4C77">
            <w:pPr>
              <w:jc w:val="center"/>
              <w:rPr>
                <w:sz w:val="20"/>
                <w:szCs w:val="20"/>
              </w:rPr>
            </w:pPr>
            <w:r>
              <w:rPr>
                <w:rFonts w:ascii="Calibri" w:eastAsia="Calibri" w:hAnsi="Calibri" w:cs="Calibri"/>
                <w:w w:val="99"/>
              </w:rPr>
              <w:t>20%</w:t>
            </w:r>
          </w:p>
        </w:tc>
      </w:tr>
      <w:tr w:rsidR="00385516" w14:paraId="48BE421A" w14:textId="77777777" w:rsidTr="00385516">
        <w:trPr>
          <w:trHeight w:val="269"/>
        </w:trPr>
        <w:tc>
          <w:tcPr>
            <w:tcW w:w="20" w:type="dxa"/>
            <w:vAlign w:val="bottom"/>
          </w:tcPr>
          <w:p w14:paraId="73005529" w14:textId="77777777" w:rsidR="00385516" w:rsidRDefault="00385516" w:rsidP="001B4C77">
            <w:pPr>
              <w:rPr>
                <w:sz w:val="23"/>
                <w:szCs w:val="23"/>
              </w:rPr>
            </w:pPr>
          </w:p>
        </w:tc>
        <w:tc>
          <w:tcPr>
            <w:tcW w:w="7550" w:type="dxa"/>
            <w:shd w:val="clear" w:color="auto" w:fill="F2F2F2"/>
            <w:vAlign w:val="bottom"/>
          </w:tcPr>
          <w:p w14:paraId="6ECFEA25" w14:textId="77777777" w:rsidR="00385516" w:rsidRPr="00543F92" w:rsidRDefault="00385516" w:rsidP="001B4C77">
            <w:pPr>
              <w:ind w:left="100"/>
              <w:rPr>
                <w:sz w:val="20"/>
                <w:szCs w:val="20"/>
              </w:rPr>
            </w:pPr>
            <w:r w:rsidRPr="00543F92">
              <w:rPr>
                <w:rFonts w:eastAsia="Calibri" w:cs="Calibri"/>
              </w:rPr>
              <w:t>the thematic area, commitment to the project, ability to present the idea,</w:t>
            </w:r>
          </w:p>
        </w:tc>
        <w:tc>
          <w:tcPr>
            <w:tcW w:w="1090" w:type="dxa"/>
            <w:shd w:val="clear" w:color="auto" w:fill="F2F2F2"/>
            <w:vAlign w:val="bottom"/>
          </w:tcPr>
          <w:p w14:paraId="39568F25" w14:textId="77777777" w:rsidR="00385516" w:rsidRDefault="00385516" w:rsidP="001B4C77">
            <w:pPr>
              <w:rPr>
                <w:sz w:val="23"/>
                <w:szCs w:val="23"/>
              </w:rPr>
            </w:pPr>
          </w:p>
        </w:tc>
      </w:tr>
      <w:tr w:rsidR="00385516" w14:paraId="5C465441" w14:textId="77777777" w:rsidTr="00385516">
        <w:trPr>
          <w:trHeight w:val="275"/>
        </w:trPr>
        <w:tc>
          <w:tcPr>
            <w:tcW w:w="20" w:type="dxa"/>
            <w:vAlign w:val="bottom"/>
          </w:tcPr>
          <w:p w14:paraId="45FABA1C" w14:textId="77777777" w:rsidR="00385516" w:rsidRDefault="00385516" w:rsidP="001B4C77">
            <w:pPr>
              <w:rPr>
                <w:sz w:val="23"/>
                <w:szCs w:val="23"/>
              </w:rPr>
            </w:pPr>
          </w:p>
        </w:tc>
        <w:tc>
          <w:tcPr>
            <w:tcW w:w="7550" w:type="dxa"/>
            <w:shd w:val="clear" w:color="auto" w:fill="F2F2F2"/>
            <w:vAlign w:val="bottom"/>
          </w:tcPr>
          <w:p w14:paraId="3EC295C5" w14:textId="77777777" w:rsidR="00385516" w:rsidRPr="00543F92" w:rsidRDefault="00385516" w:rsidP="001B4C77">
            <w:pPr>
              <w:ind w:left="100"/>
              <w:rPr>
                <w:sz w:val="20"/>
                <w:szCs w:val="20"/>
              </w:rPr>
            </w:pPr>
            <w:r w:rsidRPr="00543F92">
              <w:rPr>
                <w:rFonts w:eastAsia="Calibri" w:cs="Calibri"/>
              </w:rPr>
              <w:t xml:space="preserve">solution, </w:t>
            </w:r>
            <w:proofErr w:type="gramStart"/>
            <w:r w:rsidRPr="00543F92">
              <w:rPr>
                <w:rFonts w:eastAsia="Calibri" w:cs="Calibri"/>
              </w:rPr>
              <w:t>prototype</w:t>
            </w:r>
            <w:proofErr w:type="gramEnd"/>
            <w:r w:rsidRPr="00543F92">
              <w:rPr>
                <w:rFonts w:eastAsia="Calibri" w:cs="Calibri"/>
              </w:rPr>
              <w:t xml:space="preserve"> or business model).</w:t>
            </w:r>
          </w:p>
        </w:tc>
        <w:tc>
          <w:tcPr>
            <w:tcW w:w="1090" w:type="dxa"/>
            <w:shd w:val="clear" w:color="auto" w:fill="F2F2F2"/>
            <w:vAlign w:val="bottom"/>
          </w:tcPr>
          <w:p w14:paraId="49F878FD" w14:textId="77777777" w:rsidR="00385516" w:rsidRDefault="00385516" w:rsidP="001B4C77">
            <w:pPr>
              <w:rPr>
                <w:sz w:val="23"/>
                <w:szCs w:val="23"/>
              </w:rPr>
            </w:pPr>
          </w:p>
        </w:tc>
      </w:tr>
    </w:tbl>
    <w:p w14:paraId="3E7B56E6" w14:textId="77777777" w:rsidR="00385516" w:rsidRDefault="00385516" w:rsidP="00385516">
      <w:pPr>
        <w:spacing w:after="0" w:line="240" w:lineRule="auto"/>
      </w:pPr>
    </w:p>
    <w:p w14:paraId="60F91242" w14:textId="77777777" w:rsidR="00385516" w:rsidRDefault="00385516" w:rsidP="00385516">
      <w:pPr>
        <w:spacing w:after="0" w:line="240" w:lineRule="auto"/>
      </w:pPr>
    </w:p>
    <w:p w14:paraId="7B390728" w14:textId="2EFE96C3" w:rsidR="00385516" w:rsidRDefault="00385516" w:rsidP="00385516">
      <w:pPr>
        <w:spacing w:after="0" w:line="240" w:lineRule="auto"/>
      </w:pPr>
      <w:r>
        <w:t xml:space="preserve">The </w:t>
      </w:r>
      <w:r w:rsidR="00543F92">
        <w:t>jury makes the final decision on the selection</w:t>
      </w:r>
      <w:r>
        <w:t xml:space="preserve">. These decisions shall be final and binding for all </w:t>
      </w:r>
      <w:r w:rsidR="00543F92">
        <w:t>participants</w:t>
      </w:r>
      <w:r>
        <w:t xml:space="preserve"> and </w:t>
      </w:r>
      <w:r w:rsidR="00543F92">
        <w:t>t</w:t>
      </w:r>
      <w:r>
        <w:t>eams in the Action in any selection procedure.</w:t>
      </w:r>
      <w:r w:rsidR="00543F92">
        <w:t xml:space="preserve"> </w:t>
      </w:r>
      <w:r w:rsidR="00B14CF4">
        <w:t>The jury</w:t>
      </w:r>
      <w:r w:rsidR="00B14CF4" w:rsidRPr="00B14CF4">
        <w:rPr>
          <w:lang w:val="lv-LV"/>
        </w:rPr>
        <w:t xml:space="preserve"> decision is final and cannot be appealed.</w:t>
      </w:r>
      <w:r w:rsidR="00B14CF4">
        <w:rPr>
          <w:lang w:val="lv-LV"/>
        </w:rPr>
        <w:t xml:space="preserve"> </w:t>
      </w:r>
      <w:r w:rsidR="00F114EA" w:rsidRPr="00F114EA">
        <w:t xml:space="preserve">The </w:t>
      </w:r>
      <w:r w:rsidR="00531A6C">
        <w:t>j</w:t>
      </w:r>
      <w:r w:rsidR="00F114EA" w:rsidRPr="00F114EA">
        <w:t>ury don't provide grounds of justification of the team evaluation.</w:t>
      </w:r>
    </w:p>
    <w:p w14:paraId="6F16CA35" w14:textId="77777777" w:rsidR="00C061AD" w:rsidRDefault="009C2926">
      <w:pPr>
        <w:pStyle w:val="Heading1"/>
      </w:pPr>
      <w:r>
        <w:t>Prizes</w:t>
      </w:r>
    </w:p>
    <w:p w14:paraId="585854A7" w14:textId="16B9E7ED" w:rsidR="00C061AD" w:rsidRDefault="009C2926">
      <w:r>
        <w:t xml:space="preserve">Prizes for the winning teams of the EUDIS </w:t>
      </w:r>
      <w:proofErr w:type="spellStart"/>
      <w:r>
        <w:t>Defence</w:t>
      </w:r>
      <w:proofErr w:type="spellEnd"/>
      <w:r>
        <w:t xml:space="preserve"> Hackathon 2025 are as follows:</w:t>
      </w:r>
      <w:r>
        <w:br/>
      </w:r>
      <w:r>
        <w:br/>
        <w:t>• 1st place: 5,000 EUR</w:t>
      </w:r>
      <w:r>
        <w:br/>
        <w:t>• 2nd place: 3,000 EUR</w:t>
      </w:r>
      <w:r>
        <w:br/>
        <w:t>• 3rd place: 2,000 EUR</w:t>
      </w:r>
      <w:r>
        <w:br/>
      </w:r>
      <w:r>
        <w:lastRenderedPageBreak/>
        <w:br/>
      </w:r>
      <w:r w:rsidR="00992410" w:rsidRPr="00992410">
        <w:t>The cash prize is divided equally among all team members. If it is not possible to divide equally, the team captain is credited with additional cents</w:t>
      </w:r>
      <w:r w:rsidR="00385516">
        <w:t>,</w:t>
      </w:r>
      <w:r w:rsidR="00992410" w:rsidRPr="00992410">
        <w:t xml:space="preserve"> and the others receive in equal shares. In accordance with the laws and regulations in force in the Republic of Latvia, personal income tax is withheld from the cash prize to be paid.</w:t>
      </w:r>
    </w:p>
    <w:p w14:paraId="75B63B7F" w14:textId="18E89016" w:rsidR="009C2926" w:rsidRDefault="009C2926">
      <w:r w:rsidRPr="009C2926">
        <w:t>Additional prizes may be awarded by sponsors and supporters at their own initiative.</w:t>
      </w:r>
    </w:p>
    <w:p w14:paraId="5E56D2F9" w14:textId="77777777" w:rsidR="00992410" w:rsidRDefault="00992410">
      <w:r w:rsidRPr="00992410">
        <w:t>The selection process of the winners of the local Hackathon Weekend is executed exclusively in English via pitching in the local hackathon.</w:t>
      </w:r>
    </w:p>
    <w:p w14:paraId="3485B4AB" w14:textId="6922177D" w:rsidR="00992410" w:rsidRDefault="00992410">
      <w:r>
        <w:t>The w</w:t>
      </w:r>
      <w:r w:rsidRPr="00992410">
        <w:t xml:space="preserve">inning Team </w:t>
      </w:r>
      <w:r>
        <w:t>(1</w:t>
      </w:r>
      <w:r w:rsidRPr="00992410">
        <w:rPr>
          <w:vertAlign w:val="superscript"/>
        </w:rPr>
        <w:t>st</w:t>
      </w:r>
      <w:r>
        <w:t xml:space="preserve"> place) </w:t>
      </w:r>
      <w:r w:rsidR="00385516">
        <w:t>will also</w:t>
      </w:r>
      <w:r>
        <w:t xml:space="preserve"> be</w:t>
      </w:r>
      <w:r w:rsidRPr="00992410">
        <w:t xml:space="preserve"> invited to participate </w:t>
      </w:r>
      <w:r w:rsidR="00385516">
        <w:t xml:space="preserve">in the Mentoring </w:t>
      </w:r>
      <w:proofErr w:type="spellStart"/>
      <w:r w:rsidR="00385516">
        <w:t>Programme</w:t>
      </w:r>
      <w:proofErr w:type="spellEnd"/>
      <w:r w:rsidR="00385516">
        <w:t xml:space="preserve"> and the subsequent EU-Wide Pitching competition for </w:t>
      </w:r>
      <w:r w:rsidRPr="00992410">
        <w:t>eight (8) Hackathon weekend winners.</w:t>
      </w:r>
    </w:p>
    <w:p w14:paraId="587E4A53" w14:textId="1939F27D" w:rsidR="00C061AD" w:rsidRDefault="00C061AD"/>
    <w:sectPr w:rsidR="00C061AD"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hybridMultilevel"/>
    <w:tmpl w:val="3D1B58B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15:restartNumberingAfterBreak="0">
    <w:nsid w:val="00000003"/>
    <w:multiLevelType w:val="hybridMultilevel"/>
    <w:tmpl w:val="507ED7A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2E3C2C"/>
    <w:rsid w:val="00301333"/>
    <w:rsid w:val="00326F90"/>
    <w:rsid w:val="00350F54"/>
    <w:rsid w:val="00385516"/>
    <w:rsid w:val="00531A6C"/>
    <w:rsid w:val="00543F92"/>
    <w:rsid w:val="00551DE6"/>
    <w:rsid w:val="00655944"/>
    <w:rsid w:val="00782E1C"/>
    <w:rsid w:val="007C75B3"/>
    <w:rsid w:val="008B0FD8"/>
    <w:rsid w:val="008E7526"/>
    <w:rsid w:val="00992410"/>
    <w:rsid w:val="009B64A7"/>
    <w:rsid w:val="009C2926"/>
    <w:rsid w:val="00AA1D8D"/>
    <w:rsid w:val="00AD10D0"/>
    <w:rsid w:val="00B14CF4"/>
    <w:rsid w:val="00B47730"/>
    <w:rsid w:val="00B93136"/>
    <w:rsid w:val="00C061AD"/>
    <w:rsid w:val="00C956C5"/>
    <w:rsid w:val="00CB0664"/>
    <w:rsid w:val="00CC69E6"/>
    <w:rsid w:val="00DF272B"/>
    <w:rsid w:val="00E22412"/>
    <w:rsid w:val="00E35D07"/>
    <w:rsid w:val="00EB4F20"/>
    <w:rsid w:val="00F114E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92C271"/>
  <w14:defaultImageDpi w14:val="300"/>
  <w15:docId w15:val="{5B176AFA-187D-4BFF-87A9-59851F9D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8E7526"/>
    <w:rPr>
      <w:color w:val="0000FF" w:themeColor="hyperlink"/>
      <w:u w:val="single"/>
    </w:rPr>
  </w:style>
  <w:style w:type="character" w:styleId="UnresolvedMention">
    <w:name w:val="Unresolved Mention"/>
    <w:basedOn w:val="DefaultParagraphFont"/>
    <w:uiPriority w:val="99"/>
    <w:semiHidden/>
    <w:unhideWhenUsed/>
    <w:rsid w:val="008E7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79626">
      <w:bodyDiv w:val="1"/>
      <w:marLeft w:val="0"/>
      <w:marRight w:val="0"/>
      <w:marTop w:val="0"/>
      <w:marBottom w:val="0"/>
      <w:divBdr>
        <w:top w:val="none" w:sz="0" w:space="0" w:color="auto"/>
        <w:left w:val="none" w:sz="0" w:space="0" w:color="auto"/>
        <w:bottom w:val="none" w:sz="0" w:space="0" w:color="auto"/>
        <w:right w:val="none" w:sz="0" w:space="0" w:color="auto"/>
      </w:divBdr>
    </w:div>
    <w:div w:id="535318145">
      <w:bodyDiv w:val="1"/>
      <w:marLeft w:val="0"/>
      <w:marRight w:val="0"/>
      <w:marTop w:val="0"/>
      <w:marBottom w:val="0"/>
      <w:divBdr>
        <w:top w:val="none" w:sz="0" w:space="0" w:color="auto"/>
        <w:left w:val="none" w:sz="0" w:space="0" w:color="auto"/>
        <w:bottom w:val="none" w:sz="0" w:space="0" w:color="auto"/>
        <w:right w:val="none" w:sz="0" w:space="0" w:color="auto"/>
      </w:divBdr>
    </w:div>
    <w:div w:id="805584819">
      <w:bodyDiv w:val="1"/>
      <w:marLeft w:val="0"/>
      <w:marRight w:val="0"/>
      <w:marTop w:val="0"/>
      <w:marBottom w:val="0"/>
      <w:divBdr>
        <w:top w:val="none" w:sz="0" w:space="0" w:color="auto"/>
        <w:left w:val="none" w:sz="0" w:space="0" w:color="auto"/>
        <w:bottom w:val="none" w:sz="0" w:space="0" w:color="auto"/>
        <w:right w:val="none" w:sz="0" w:space="0" w:color="auto"/>
      </w:divBdr>
    </w:div>
    <w:div w:id="865825229">
      <w:bodyDiv w:val="1"/>
      <w:marLeft w:val="0"/>
      <w:marRight w:val="0"/>
      <w:marTop w:val="0"/>
      <w:marBottom w:val="0"/>
      <w:divBdr>
        <w:top w:val="none" w:sz="0" w:space="0" w:color="auto"/>
        <w:left w:val="none" w:sz="0" w:space="0" w:color="auto"/>
        <w:bottom w:val="none" w:sz="0" w:space="0" w:color="auto"/>
        <w:right w:val="none" w:sz="0" w:space="0" w:color="auto"/>
      </w:divBdr>
    </w:div>
    <w:div w:id="872183238">
      <w:bodyDiv w:val="1"/>
      <w:marLeft w:val="0"/>
      <w:marRight w:val="0"/>
      <w:marTop w:val="0"/>
      <w:marBottom w:val="0"/>
      <w:divBdr>
        <w:top w:val="none" w:sz="0" w:space="0" w:color="auto"/>
        <w:left w:val="none" w:sz="0" w:space="0" w:color="auto"/>
        <w:bottom w:val="none" w:sz="0" w:space="0" w:color="auto"/>
        <w:right w:val="none" w:sz="0" w:space="0" w:color="auto"/>
      </w:divBdr>
    </w:div>
    <w:div w:id="880245733">
      <w:bodyDiv w:val="1"/>
      <w:marLeft w:val="0"/>
      <w:marRight w:val="0"/>
      <w:marTop w:val="0"/>
      <w:marBottom w:val="0"/>
      <w:divBdr>
        <w:top w:val="none" w:sz="0" w:space="0" w:color="auto"/>
        <w:left w:val="none" w:sz="0" w:space="0" w:color="auto"/>
        <w:bottom w:val="none" w:sz="0" w:space="0" w:color="auto"/>
        <w:right w:val="none" w:sz="0" w:space="0" w:color="auto"/>
      </w:divBdr>
    </w:div>
    <w:div w:id="975259407">
      <w:bodyDiv w:val="1"/>
      <w:marLeft w:val="0"/>
      <w:marRight w:val="0"/>
      <w:marTop w:val="0"/>
      <w:marBottom w:val="0"/>
      <w:divBdr>
        <w:top w:val="none" w:sz="0" w:space="0" w:color="auto"/>
        <w:left w:val="none" w:sz="0" w:space="0" w:color="auto"/>
        <w:bottom w:val="none" w:sz="0" w:space="0" w:color="auto"/>
        <w:right w:val="none" w:sz="0" w:space="0" w:color="auto"/>
      </w:divBdr>
    </w:div>
    <w:div w:id="1210343432">
      <w:bodyDiv w:val="1"/>
      <w:marLeft w:val="0"/>
      <w:marRight w:val="0"/>
      <w:marTop w:val="0"/>
      <w:marBottom w:val="0"/>
      <w:divBdr>
        <w:top w:val="none" w:sz="0" w:space="0" w:color="auto"/>
        <w:left w:val="none" w:sz="0" w:space="0" w:color="auto"/>
        <w:bottom w:val="none" w:sz="0" w:space="0" w:color="auto"/>
        <w:right w:val="none" w:sz="0" w:space="0" w:color="auto"/>
      </w:divBdr>
    </w:div>
    <w:div w:id="1300377902">
      <w:bodyDiv w:val="1"/>
      <w:marLeft w:val="0"/>
      <w:marRight w:val="0"/>
      <w:marTop w:val="0"/>
      <w:marBottom w:val="0"/>
      <w:divBdr>
        <w:top w:val="none" w:sz="0" w:space="0" w:color="auto"/>
        <w:left w:val="none" w:sz="0" w:space="0" w:color="auto"/>
        <w:bottom w:val="none" w:sz="0" w:space="0" w:color="auto"/>
        <w:right w:val="none" w:sz="0" w:space="0" w:color="auto"/>
      </w:divBdr>
    </w:div>
    <w:div w:id="1409378451">
      <w:bodyDiv w:val="1"/>
      <w:marLeft w:val="0"/>
      <w:marRight w:val="0"/>
      <w:marTop w:val="0"/>
      <w:marBottom w:val="0"/>
      <w:divBdr>
        <w:top w:val="none" w:sz="0" w:space="0" w:color="auto"/>
        <w:left w:val="none" w:sz="0" w:space="0" w:color="auto"/>
        <w:bottom w:val="none" w:sz="0" w:space="0" w:color="auto"/>
        <w:right w:val="none" w:sz="0" w:space="0" w:color="auto"/>
      </w:divBdr>
    </w:div>
    <w:div w:id="1509253013">
      <w:bodyDiv w:val="1"/>
      <w:marLeft w:val="0"/>
      <w:marRight w:val="0"/>
      <w:marTop w:val="0"/>
      <w:marBottom w:val="0"/>
      <w:divBdr>
        <w:top w:val="none" w:sz="0" w:space="0" w:color="auto"/>
        <w:left w:val="none" w:sz="0" w:space="0" w:color="auto"/>
        <w:bottom w:val="none" w:sz="0" w:space="0" w:color="auto"/>
        <w:right w:val="none" w:sz="0" w:space="0" w:color="auto"/>
      </w:divBdr>
    </w:div>
    <w:div w:id="1559823751">
      <w:bodyDiv w:val="1"/>
      <w:marLeft w:val="0"/>
      <w:marRight w:val="0"/>
      <w:marTop w:val="0"/>
      <w:marBottom w:val="0"/>
      <w:divBdr>
        <w:top w:val="none" w:sz="0" w:space="0" w:color="auto"/>
        <w:left w:val="none" w:sz="0" w:space="0" w:color="auto"/>
        <w:bottom w:val="none" w:sz="0" w:space="0" w:color="auto"/>
        <w:right w:val="none" w:sz="0" w:space="0" w:color="auto"/>
      </w:divBdr>
    </w:div>
    <w:div w:id="1569269327">
      <w:bodyDiv w:val="1"/>
      <w:marLeft w:val="0"/>
      <w:marRight w:val="0"/>
      <w:marTop w:val="0"/>
      <w:marBottom w:val="0"/>
      <w:divBdr>
        <w:top w:val="none" w:sz="0" w:space="0" w:color="auto"/>
        <w:left w:val="none" w:sz="0" w:space="0" w:color="auto"/>
        <w:bottom w:val="none" w:sz="0" w:space="0" w:color="auto"/>
        <w:right w:val="none" w:sz="0" w:space="0" w:color="auto"/>
      </w:divBdr>
    </w:div>
    <w:div w:id="1610890412">
      <w:bodyDiv w:val="1"/>
      <w:marLeft w:val="0"/>
      <w:marRight w:val="0"/>
      <w:marTop w:val="0"/>
      <w:marBottom w:val="0"/>
      <w:divBdr>
        <w:top w:val="none" w:sz="0" w:space="0" w:color="auto"/>
        <w:left w:val="none" w:sz="0" w:space="0" w:color="auto"/>
        <w:bottom w:val="none" w:sz="0" w:space="0" w:color="auto"/>
        <w:right w:val="none" w:sz="0" w:space="0" w:color="auto"/>
      </w:divBdr>
    </w:div>
    <w:div w:id="1989743338">
      <w:bodyDiv w:val="1"/>
      <w:marLeft w:val="0"/>
      <w:marRight w:val="0"/>
      <w:marTop w:val="0"/>
      <w:marBottom w:val="0"/>
      <w:divBdr>
        <w:top w:val="none" w:sz="0" w:space="0" w:color="auto"/>
        <w:left w:val="none" w:sz="0" w:space="0" w:color="auto"/>
        <w:bottom w:val="none" w:sz="0" w:space="0" w:color="auto"/>
        <w:right w:val="none" w:sz="0" w:space="0" w:color="auto"/>
      </w:divBdr>
    </w:div>
    <w:div w:id="2050647990">
      <w:bodyDiv w:val="1"/>
      <w:marLeft w:val="0"/>
      <w:marRight w:val="0"/>
      <w:marTop w:val="0"/>
      <w:marBottom w:val="0"/>
      <w:divBdr>
        <w:top w:val="none" w:sz="0" w:space="0" w:color="auto"/>
        <w:left w:val="none" w:sz="0" w:space="0" w:color="auto"/>
        <w:bottom w:val="none" w:sz="0" w:space="0" w:color="auto"/>
        <w:right w:val="none" w:sz="0" w:space="0" w:color="auto"/>
      </w:divBdr>
    </w:div>
    <w:div w:id="21168221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taikai.network/eudisLATVIA/hackathons/EUDIS-LATVI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taikai.network/eudisLATVIA/hackathons/EUDIS-LATVIA"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7161</Words>
  <Characters>4083</Characters>
  <Application>Microsoft Office Word</Application>
  <DocSecurity>0</DocSecurity>
  <Lines>34</Lines>
  <Paragraphs>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11222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Irina Mariņina</cp:lastModifiedBy>
  <cp:revision>13</cp:revision>
  <dcterms:created xsi:type="dcterms:W3CDTF">2025-04-05T14:46:00Z</dcterms:created>
  <dcterms:modified xsi:type="dcterms:W3CDTF">2025-04-07T06:52:00Z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b5945cb8c50e76aad32c63d9641ca540a50832c46c2f5b76431eb9f59491dbeb</vt:lpwstr>
  </property>
</Properties>
</file>